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BC4" w:rsidRPr="001F5F8B" w:rsidRDefault="00517BC4" w:rsidP="00517BC4">
      <w:pPr>
        <w:pStyle w:val="Tekstpodstawowy"/>
        <w:spacing w:after="0"/>
        <w:jc w:val="center"/>
        <w:rPr>
          <w:rFonts w:cs="Arial"/>
          <w:b/>
          <w:sz w:val="22"/>
        </w:rPr>
      </w:pPr>
      <w:r w:rsidRPr="001F5F8B">
        <w:rPr>
          <w:rFonts w:cs="Arial"/>
          <w:b/>
          <w:sz w:val="22"/>
        </w:rPr>
        <w:t>Zarządzenie nr 4/435/2026/2027</w:t>
      </w:r>
    </w:p>
    <w:p w:rsidR="00517BC4" w:rsidRPr="001F5F8B" w:rsidRDefault="00517BC4" w:rsidP="00517BC4">
      <w:pPr>
        <w:pStyle w:val="Tekstpodstawowy"/>
        <w:spacing w:after="0"/>
        <w:jc w:val="center"/>
        <w:rPr>
          <w:rFonts w:cs="Arial"/>
          <w:b/>
          <w:sz w:val="22"/>
        </w:rPr>
      </w:pPr>
      <w:r w:rsidRPr="001F5F8B">
        <w:rPr>
          <w:rFonts w:cs="Arial"/>
          <w:b/>
          <w:sz w:val="22"/>
        </w:rPr>
        <w:t>Dyrektora Szkoły Podstawowej nr 37 im Jana Pawła II</w:t>
      </w:r>
    </w:p>
    <w:p w:rsidR="00517BC4" w:rsidRPr="001F5F8B" w:rsidRDefault="00517BC4" w:rsidP="00517BC4">
      <w:pPr>
        <w:pStyle w:val="Tekstpodstawowy"/>
        <w:spacing w:after="0"/>
        <w:jc w:val="center"/>
        <w:rPr>
          <w:rFonts w:cs="Arial"/>
          <w:b/>
          <w:sz w:val="22"/>
        </w:rPr>
      </w:pPr>
      <w:r w:rsidRPr="001F5F8B">
        <w:rPr>
          <w:rFonts w:cs="Arial"/>
          <w:b/>
          <w:sz w:val="22"/>
        </w:rPr>
        <w:t>w Częstochowie</w:t>
      </w:r>
    </w:p>
    <w:p w:rsidR="00517BC4" w:rsidRPr="001F5F8B" w:rsidRDefault="00517BC4" w:rsidP="00517BC4">
      <w:pPr>
        <w:pStyle w:val="Tekstpodstawowy"/>
        <w:spacing w:after="0"/>
        <w:jc w:val="center"/>
        <w:rPr>
          <w:rFonts w:cs="Arial"/>
          <w:b/>
          <w:sz w:val="22"/>
        </w:rPr>
      </w:pPr>
      <w:r w:rsidRPr="001F5F8B">
        <w:rPr>
          <w:rFonts w:cs="Arial"/>
          <w:b/>
          <w:sz w:val="22"/>
        </w:rPr>
        <w:t>z dnia 29.09.2026 r.</w:t>
      </w:r>
    </w:p>
    <w:p w:rsidR="00517BC4" w:rsidRPr="001F5F8B" w:rsidRDefault="00517BC4" w:rsidP="00517BC4">
      <w:pPr>
        <w:spacing w:after="120"/>
        <w:rPr>
          <w:rFonts w:eastAsia="Times New Roman" w:cs="Arial"/>
          <w:b/>
          <w:sz w:val="22"/>
          <w:lang w:eastAsia="pl-PL"/>
        </w:rPr>
      </w:pPr>
      <w:r w:rsidRPr="001F5F8B">
        <w:rPr>
          <w:rFonts w:cs="Arial"/>
          <w:b/>
          <w:sz w:val="22"/>
        </w:rPr>
        <w:t xml:space="preserve">w sprawie: </w:t>
      </w:r>
      <w:r w:rsidRPr="001F5F8B">
        <w:rPr>
          <w:rFonts w:eastAsia="Times New Roman" w:cs="Arial"/>
          <w:b/>
          <w:bCs/>
          <w:sz w:val="22"/>
          <w:lang w:eastAsia="pl-PL"/>
        </w:rPr>
        <w:t>wprowadzenia Procedury bezpieczeństwa i postępowania w sytuacjach kryzysowych</w:t>
      </w:r>
    </w:p>
    <w:p w:rsidR="00517BC4" w:rsidRPr="00517BC4" w:rsidRDefault="00517BC4" w:rsidP="00517BC4">
      <w:pPr>
        <w:spacing w:after="120"/>
        <w:rPr>
          <w:rFonts w:eastAsia="Times New Roman" w:cs="Arial"/>
          <w:sz w:val="22"/>
          <w:lang w:eastAsia="pl-PL"/>
        </w:rPr>
      </w:pPr>
      <w:r w:rsidRPr="00517BC4">
        <w:rPr>
          <w:rFonts w:eastAsia="Times New Roman" w:cs="Arial"/>
          <w:sz w:val="22"/>
          <w:lang w:eastAsia="pl-PL"/>
        </w:rPr>
        <w:t xml:space="preserve">Na podstawie art. 68 ust. 1 pkt 6 ustawy z dnia 14 grudnia 2016 r. – Prawo oświatowe oraz </w:t>
      </w:r>
      <w:r w:rsidRPr="00517BC4">
        <w:rPr>
          <w:rFonts w:eastAsia="Times New Roman" w:cs="Arial"/>
          <w:sz w:val="22"/>
          <w:lang w:eastAsia="pl-PL"/>
        </w:rPr>
        <w:br/>
        <w:t xml:space="preserve">w związku z przepisami ustawy z dnia 5 grudnia 2024 r. o ochronie ludności i obronie cywilnej, ustawy z dnia 26 kwietnia 2007 r. o zarządzaniu kryzysowym, ustawy z dnia 24 sierpnia 1991 r. o ochronie przeciwpożarowej oraz przepisami dotyczącymi bezpieczeństwa </w:t>
      </w:r>
      <w:r w:rsidRPr="00517BC4">
        <w:rPr>
          <w:rFonts w:eastAsia="Times New Roman" w:cs="Arial"/>
          <w:sz w:val="22"/>
          <w:lang w:eastAsia="pl-PL"/>
        </w:rPr>
        <w:br/>
        <w:t>i higieny w szkołach i placówkach zarządzam, co następuje:</w:t>
      </w:r>
    </w:p>
    <w:p w:rsidR="00517BC4" w:rsidRPr="00517BC4" w:rsidRDefault="00517BC4" w:rsidP="00517BC4">
      <w:pPr>
        <w:spacing w:after="0"/>
        <w:jc w:val="center"/>
        <w:rPr>
          <w:rFonts w:eastAsia="Times New Roman" w:cs="Arial"/>
          <w:sz w:val="22"/>
          <w:lang w:eastAsia="pl-PL"/>
        </w:rPr>
      </w:pPr>
      <w:r w:rsidRPr="00517BC4">
        <w:rPr>
          <w:rFonts w:eastAsia="Times New Roman" w:cs="Arial"/>
          <w:b/>
          <w:bCs/>
          <w:sz w:val="22"/>
          <w:lang w:eastAsia="pl-PL"/>
        </w:rPr>
        <w:t>§ 1</w:t>
      </w:r>
    </w:p>
    <w:p w:rsidR="00517BC4" w:rsidRPr="00517BC4" w:rsidRDefault="00517BC4" w:rsidP="00517BC4">
      <w:pPr>
        <w:spacing w:after="0"/>
        <w:rPr>
          <w:rFonts w:eastAsia="Times New Roman" w:cs="Arial"/>
          <w:sz w:val="22"/>
          <w:lang w:eastAsia="pl-PL"/>
        </w:rPr>
      </w:pPr>
      <w:r w:rsidRPr="00517BC4">
        <w:rPr>
          <w:rFonts w:eastAsia="Times New Roman" w:cs="Arial"/>
          <w:sz w:val="22"/>
          <w:lang w:eastAsia="pl-PL"/>
        </w:rPr>
        <w:t xml:space="preserve">Wprowadza się w Szkole Podstawowej nr 37 im. Jana Pawła II w Częstochowie </w:t>
      </w:r>
      <w:r w:rsidRPr="00517BC4">
        <w:rPr>
          <w:rFonts w:eastAsia="Times New Roman" w:cs="Arial"/>
          <w:bCs/>
          <w:sz w:val="22"/>
          <w:lang w:eastAsia="pl-PL"/>
        </w:rPr>
        <w:t>„Procedurę bezpieczeństwa i postępowania w sytuacjach kryzysowych”</w:t>
      </w:r>
      <w:r w:rsidRPr="00517BC4">
        <w:rPr>
          <w:rFonts w:eastAsia="Times New Roman" w:cs="Arial"/>
          <w:sz w:val="22"/>
          <w:lang w:eastAsia="pl-PL"/>
        </w:rPr>
        <w:t>, stanowiącą załącznik nr 1 do niniejszego zarządzenia.</w:t>
      </w:r>
    </w:p>
    <w:p w:rsidR="00517BC4" w:rsidRPr="00517BC4" w:rsidRDefault="00517BC4" w:rsidP="00517BC4">
      <w:pPr>
        <w:spacing w:after="0"/>
        <w:jc w:val="center"/>
        <w:outlineLvl w:val="2"/>
        <w:rPr>
          <w:rFonts w:eastAsia="Times New Roman" w:cs="Arial"/>
          <w:b/>
          <w:bCs/>
          <w:sz w:val="22"/>
          <w:lang w:eastAsia="pl-PL"/>
        </w:rPr>
      </w:pPr>
      <w:r w:rsidRPr="00517BC4">
        <w:rPr>
          <w:rFonts w:eastAsia="Times New Roman" w:cs="Arial"/>
          <w:b/>
          <w:bCs/>
          <w:sz w:val="22"/>
          <w:lang w:eastAsia="pl-PL"/>
        </w:rPr>
        <w:t>§ 2</w:t>
      </w:r>
    </w:p>
    <w:p w:rsidR="00517BC4" w:rsidRPr="00517BC4" w:rsidRDefault="00517BC4" w:rsidP="00517BC4">
      <w:pPr>
        <w:spacing w:after="0"/>
        <w:rPr>
          <w:rFonts w:eastAsia="Times New Roman" w:cs="Arial"/>
          <w:sz w:val="22"/>
          <w:lang w:eastAsia="pl-PL"/>
        </w:rPr>
      </w:pPr>
      <w:r w:rsidRPr="00517BC4">
        <w:rPr>
          <w:rFonts w:eastAsia="Times New Roman" w:cs="Arial"/>
          <w:sz w:val="22"/>
          <w:lang w:eastAsia="pl-PL"/>
        </w:rPr>
        <w:t>Procedura określa zasady postępowania w przypadku wystąpienia lub możliwości wystąpienia zagrożenia życia, zdrowia, bezpieczeństwa osób przebywających na terenie szkoły oraz zagrożenia dla mienia i infrastruktury szkoły.</w:t>
      </w:r>
    </w:p>
    <w:p w:rsidR="00517BC4" w:rsidRPr="00517BC4" w:rsidRDefault="00517BC4" w:rsidP="00517BC4">
      <w:pPr>
        <w:spacing w:after="0"/>
        <w:jc w:val="center"/>
        <w:outlineLvl w:val="2"/>
        <w:rPr>
          <w:rFonts w:eastAsia="Times New Roman" w:cs="Arial"/>
          <w:b/>
          <w:bCs/>
          <w:sz w:val="22"/>
          <w:lang w:eastAsia="pl-PL"/>
        </w:rPr>
      </w:pPr>
      <w:r w:rsidRPr="00517BC4">
        <w:rPr>
          <w:rFonts w:eastAsia="Times New Roman" w:cs="Arial"/>
          <w:b/>
          <w:bCs/>
          <w:sz w:val="22"/>
          <w:lang w:eastAsia="pl-PL"/>
        </w:rPr>
        <w:t>§ 3</w:t>
      </w:r>
    </w:p>
    <w:p w:rsidR="00517BC4" w:rsidRPr="00517BC4" w:rsidRDefault="00517BC4" w:rsidP="00517BC4">
      <w:pPr>
        <w:spacing w:after="0"/>
        <w:rPr>
          <w:rFonts w:eastAsia="Times New Roman" w:cs="Arial"/>
          <w:sz w:val="22"/>
          <w:lang w:eastAsia="pl-PL"/>
        </w:rPr>
      </w:pPr>
      <w:r w:rsidRPr="00517BC4">
        <w:rPr>
          <w:rFonts w:eastAsia="Times New Roman" w:cs="Arial"/>
          <w:sz w:val="22"/>
          <w:lang w:eastAsia="pl-PL"/>
        </w:rPr>
        <w:t>Zobowiązuje się wszystkich pracowników szkoły do zapoznania się z Procedurą i stosowania jej postanowień odpowiednio do wykonywanych obowiązków.</w:t>
      </w:r>
    </w:p>
    <w:p w:rsidR="00517BC4" w:rsidRPr="00517BC4" w:rsidRDefault="00517BC4" w:rsidP="00517BC4">
      <w:pPr>
        <w:spacing w:after="0"/>
        <w:jc w:val="center"/>
        <w:outlineLvl w:val="2"/>
        <w:rPr>
          <w:rFonts w:eastAsia="Times New Roman" w:cs="Arial"/>
          <w:b/>
          <w:bCs/>
          <w:sz w:val="22"/>
          <w:lang w:eastAsia="pl-PL"/>
        </w:rPr>
      </w:pPr>
      <w:r w:rsidRPr="00517BC4">
        <w:rPr>
          <w:rFonts w:eastAsia="Times New Roman" w:cs="Arial"/>
          <w:b/>
          <w:bCs/>
          <w:sz w:val="22"/>
          <w:lang w:eastAsia="pl-PL"/>
        </w:rPr>
        <w:t>§ 4</w:t>
      </w:r>
    </w:p>
    <w:p w:rsidR="00517BC4" w:rsidRPr="00517BC4" w:rsidRDefault="00517BC4" w:rsidP="00517BC4">
      <w:pPr>
        <w:spacing w:after="0"/>
        <w:rPr>
          <w:rFonts w:eastAsia="Times New Roman" w:cs="Arial"/>
          <w:sz w:val="22"/>
          <w:lang w:eastAsia="pl-PL"/>
        </w:rPr>
      </w:pPr>
      <w:r w:rsidRPr="00517BC4">
        <w:rPr>
          <w:rFonts w:eastAsia="Times New Roman" w:cs="Arial"/>
          <w:sz w:val="22"/>
          <w:lang w:eastAsia="pl-PL"/>
        </w:rPr>
        <w:t xml:space="preserve">Zobowiązuje się nauczycieli do zapoznania uczniów z zasadami bezpieczeństwa </w:t>
      </w:r>
      <w:r w:rsidRPr="00517BC4">
        <w:rPr>
          <w:rFonts w:eastAsia="Times New Roman" w:cs="Arial"/>
          <w:sz w:val="22"/>
          <w:lang w:eastAsia="pl-PL"/>
        </w:rPr>
        <w:br/>
        <w:t>i postępowania w sytuacjach zagrożenia, odpowiednio do ich wieku i możliwości psychofizycznych.</w:t>
      </w:r>
    </w:p>
    <w:p w:rsidR="00517BC4" w:rsidRPr="00517BC4" w:rsidRDefault="00517BC4" w:rsidP="00517BC4">
      <w:pPr>
        <w:spacing w:after="0"/>
        <w:jc w:val="center"/>
        <w:outlineLvl w:val="2"/>
        <w:rPr>
          <w:rFonts w:eastAsia="Times New Roman" w:cs="Arial"/>
          <w:b/>
          <w:bCs/>
          <w:sz w:val="22"/>
          <w:lang w:eastAsia="pl-PL"/>
        </w:rPr>
      </w:pPr>
      <w:r w:rsidRPr="00517BC4">
        <w:rPr>
          <w:rFonts w:eastAsia="Times New Roman" w:cs="Arial"/>
          <w:b/>
          <w:bCs/>
          <w:sz w:val="22"/>
          <w:lang w:eastAsia="pl-PL"/>
        </w:rPr>
        <w:t>§ 5</w:t>
      </w:r>
    </w:p>
    <w:p w:rsidR="00517BC4" w:rsidRPr="00517BC4" w:rsidRDefault="00517BC4" w:rsidP="00517BC4">
      <w:pPr>
        <w:spacing w:after="0"/>
        <w:rPr>
          <w:rFonts w:eastAsia="Times New Roman" w:cs="Arial"/>
          <w:sz w:val="22"/>
          <w:lang w:eastAsia="pl-PL"/>
        </w:rPr>
      </w:pPr>
      <w:r w:rsidRPr="00517BC4">
        <w:rPr>
          <w:rFonts w:eastAsia="Times New Roman" w:cs="Arial"/>
          <w:sz w:val="22"/>
          <w:lang w:eastAsia="pl-PL"/>
        </w:rPr>
        <w:t>Procedura podlega okresowemu przeglądowi oraz aktualizacji, w szczególności w przypadku zmian przepisów prawa, zmian organizacyjnych szkoły, zmian dotyczących dróg ewakuacyjnych, miejsc zbiórki, sposobów alarmowania lub informacji dotyczących obiektów ochronnych.</w:t>
      </w:r>
    </w:p>
    <w:p w:rsidR="00517BC4" w:rsidRPr="00517BC4" w:rsidRDefault="00517BC4" w:rsidP="00517BC4">
      <w:pPr>
        <w:spacing w:after="0"/>
        <w:jc w:val="center"/>
        <w:outlineLvl w:val="2"/>
        <w:rPr>
          <w:rFonts w:eastAsia="Times New Roman" w:cs="Arial"/>
          <w:b/>
          <w:bCs/>
          <w:sz w:val="22"/>
          <w:lang w:eastAsia="pl-PL"/>
        </w:rPr>
      </w:pPr>
      <w:r w:rsidRPr="00517BC4">
        <w:rPr>
          <w:rFonts w:eastAsia="Times New Roman" w:cs="Arial"/>
          <w:b/>
          <w:bCs/>
          <w:sz w:val="22"/>
          <w:lang w:eastAsia="pl-PL"/>
        </w:rPr>
        <w:t>§ 6</w:t>
      </w:r>
    </w:p>
    <w:p w:rsidR="00517BC4" w:rsidRPr="00517BC4" w:rsidRDefault="00517BC4" w:rsidP="00517BC4">
      <w:pPr>
        <w:spacing w:after="600"/>
        <w:rPr>
          <w:rFonts w:eastAsia="Times New Roman" w:cs="Arial"/>
          <w:sz w:val="22"/>
          <w:lang w:eastAsia="pl-PL"/>
        </w:rPr>
      </w:pPr>
      <w:r w:rsidRPr="00517BC4">
        <w:rPr>
          <w:rFonts w:eastAsia="Times New Roman" w:cs="Arial"/>
          <w:sz w:val="22"/>
          <w:lang w:eastAsia="pl-PL"/>
        </w:rPr>
        <w:t>Zarządzenie wchodzi w życie z dniem podpisania.</w:t>
      </w:r>
    </w:p>
    <w:p w:rsidR="00517BC4" w:rsidRPr="00517BC4" w:rsidRDefault="00517BC4" w:rsidP="00517BC4">
      <w:pPr>
        <w:spacing w:after="0"/>
        <w:jc w:val="right"/>
        <w:rPr>
          <w:rFonts w:cs="Arial"/>
          <w:sz w:val="22"/>
        </w:rPr>
      </w:pPr>
      <w:r w:rsidRPr="00517BC4">
        <w:rPr>
          <w:rFonts w:cs="Arial"/>
          <w:sz w:val="22"/>
        </w:rPr>
        <w:t>(-) Ewa Suchan</w:t>
      </w:r>
    </w:p>
    <w:p w:rsidR="00517BC4" w:rsidRPr="00517BC4" w:rsidRDefault="00517BC4" w:rsidP="00517BC4">
      <w:pPr>
        <w:spacing w:after="0"/>
        <w:jc w:val="right"/>
        <w:rPr>
          <w:rFonts w:cs="Arial"/>
          <w:sz w:val="22"/>
        </w:rPr>
      </w:pPr>
      <w:r w:rsidRPr="00517BC4">
        <w:rPr>
          <w:rFonts w:cs="Arial"/>
          <w:sz w:val="22"/>
        </w:rPr>
        <w:t xml:space="preserve"> Dyrektor Szkoły</w:t>
      </w:r>
    </w:p>
    <w:p w:rsidR="00517BC4" w:rsidRPr="00517BC4" w:rsidRDefault="00517BC4" w:rsidP="00517BC4">
      <w:pPr>
        <w:spacing w:after="0"/>
        <w:rPr>
          <w:rFonts w:eastAsia="Times New Roman" w:cs="Arial"/>
          <w:sz w:val="22"/>
          <w:lang w:eastAsia="pl-PL"/>
        </w:rPr>
      </w:pPr>
      <w:r w:rsidRPr="00517BC4">
        <w:rPr>
          <w:rFonts w:eastAsia="Times New Roman" w:cs="Arial"/>
          <w:sz w:val="22"/>
          <w:lang w:eastAsia="pl-PL"/>
        </w:rPr>
        <w:br w:type="page"/>
      </w:r>
    </w:p>
    <w:p w:rsidR="00517BC4" w:rsidRPr="00517BC4" w:rsidRDefault="00517BC4" w:rsidP="00517BC4">
      <w:pPr>
        <w:spacing w:after="0"/>
        <w:jc w:val="right"/>
        <w:outlineLvl w:val="0"/>
        <w:rPr>
          <w:rFonts w:eastAsia="Times New Roman" w:cs="Arial"/>
          <w:b/>
          <w:bCs/>
          <w:kern w:val="36"/>
          <w:sz w:val="22"/>
          <w:lang w:eastAsia="pl-PL"/>
        </w:rPr>
      </w:pPr>
      <w:r w:rsidRPr="00517BC4">
        <w:rPr>
          <w:rFonts w:eastAsia="Times New Roman" w:cs="Arial"/>
          <w:b/>
          <w:bCs/>
          <w:kern w:val="36"/>
          <w:sz w:val="22"/>
          <w:lang w:eastAsia="pl-PL"/>
        </w:rPr>
        <w:lastRenderedPageBreak/>
        <w:t>ZAŁĄCZNIK NR 1</w:t>
      </w:r>
    </w:p>
    <w:p w:rsidR="00517BC4" w:rsidRPr="00517BC4" w:rsidRDefault="00517BC4" w:rsidP="00517BC4">
      <w:pPr>
        <w:spacing w:after="120"/>
        <w:jc w:val="right"/>
        <w:rPr>
          <w:rFonts w:eastAsia="Times New Roman" w:cs="Arial"/>
          <w:sz w:val="22"/>
          <w:lang w:eastAsia="pl-PL"/>
        </w:rPr>
      </w:pPr>
      <w:r w:rsidRPr="00517BC4">
        <w:rPr>
          <w:rFonts w:eastAsia="Times New Roman" w:cs="Arial"/>
          <w:sz w:val="22"/>
          <w:lang w:eastAsia="pl-PL"/>
        </w:rPr>
        <w:t xml:space="preserve">do Zarządzenia nr </w:t>
      </w:r>
      <w:r>
        <w:rPr>
          <w:rFonts w:eastAsia="Times New Roman" w:cs="Arial"/>
          <w:sz w:val="22"/>
          <w:lang w:eastAsia="pl-PL"/>
        </w:rPr>
        <w:t>4</w:t>
      </w:r>
      <w:r w:rsidRPr="00517BC4">
        <w:rPr>
          <w:rFonts w:eastAsia="Times New Roman" w:cs="Arial"/>
          <w:sz w:val="22"/>
          <w:lang w:eastAsia="pl-PL"/>
        </w:rPr>
        <w:t>/43</w:t>
      </w:r>
      <w:r>
        <w:rPr>
          <w:rFonts w:eastAsia="Times New Roman" w:cs="Arial"/>
          <w:sz w:val="22"/>
          <w:lang w:eastAsia="pl-PL"/>
        </w:rPr>
        <w:t>5</w:t>
      </w:r>
      <w:r w:rsidRPr="00517BC4">
        <w:rPr>
          <w:rFonts w:eastAsia="Times New Roman" w:cs="Arial"/>
          <w:sz w:val="22"/>
          <w:lang w:eastAsia="pl-PL"/>
        </w:rPr>
        <w:t>/2026/2027</w:t>
      </w:r>
      <w:r w:rsidRPr="00517BC4">
        <w:rPr>
          <w:rFonts w:eastAsia="Times New Roman" w:cs="Arial"/>
          <w:sz w:val="22"/>
          <w:lang w:eastAsia="pl-PL"/>
        </w:rPr>
        <w:br/>
        <w:t>Dyrektora Szkoły Podstawowej nr 37 im. Jana Pawła II w Częstochowie</w:t>
      </w:r>
    </w:p>
    <w:p w:rsidR="00380CF9" w:rsidRPr="0084044A" w:rsidRDefault="00563214" w:rsidP="001F4730">
      <w:pPr>
        <w:spacing w:after="0" w:line="240" w:lineRule="auto"/>
        <w:jc w:val="center"/>
        <w:rPr>
          <w:rFonts w:cs="Arial"/>
          <w:sz w:val="24"/>
          <w:szCs w:val="24"/>
        </w:rPr>
      </w:pPr>
      <w:r w:rsidRPr="0084044A">
        <w:rPr>
          <w:rFonts w:cs="Arial"/>
          <w:b/>
          <w:sz w:val="24"/>
          <w:szCs w:val="24"/>
        </w:rPr>
        <w:t>SZKOŁA PODSTAWOWA NR 37</w:t>
      </w:r>
      <w:r w:rsidRPr="0084044A">
        <w:rPr>
          <w:rFonts w:cs="Arial"/>
          <w:b/>
          <w:sz w:val="24"/>
          <w:szCs w:val="24"/>
        </w:rPr>
        <w:br/>
      </w:r>
      <w:r w:rsidR="0084044A" w:rsidRPr="0084044A">
        <w:rPr>
          <w:rFonts w:cs="Arial"/>
          <w:b/>
          <w:sz w:val="24"/>
          <w:szCs w:val="24"/>
        </w:rPr>
        <w:t>IM. JANA PAWŁA II W CZĘSTOCHOWIE</w:t>
      </w:r>
    </w:p>
    <w:p w:rsidR="00380CF9" w:rsidRPr="0084044A" w:rsidRDefault="00563214" w:rsidP="007B0BA0">
      <w:pPr>
        <w:pStyle w:val="Tytu"/>
        <w:spacing w:after="0"/>
        <w:jc w:val="center"/>
        <w:rPr>
          <w:rFonts w:ascii="Arial" w:hAnsi="Arial" w:cs="Arial"/>
          <w:color w:val="auto"/>
          <w:sz w:val="24"/>
          <w:szCs w:val="24"/>
        </w:rPr>
      </w:pPr>
      <w:r w:rsidRPr="0084044A">
        <w:rPr>
          <w:rFonts w:ascii="Arial" w:hAnsi="Arial" w:cs="Arial"/>
          <w:color w:val="auto"/>
          <w:sz w:val="24"/>
          <w:szCs w:val="24"/>
        </w:rPr>
        <w:t>PROCEDURA BEZPIECZEŃSTWA I POSTĘPOWANIA</w:t>
      </w:r>
      <w:r w:rsidRPr="0084044A">
        <w:rPr>
          <w:rFonts w:ascii="Arial" w:hAnsi="Arial" w:cs="Arial"/>
          <w:color w:val="auto"/>
          <w:sz w:val="24"/>
          <w:szCs w:val="24"/>
        </w:rPr>
        <w:br/>
        <w:t>W SYTUACJACH KRYZYSOWYCH</w:t>
      </w:r>
    </w:p>
    <w:p w:rsidR="007B0BA0" w:rsidRPr="0084044A" w:rsidRDefault="00563214" w:rsidP="001F4730">
      <w:pPr>
        <w:spacing w:after="240" w:line="240" w:lineRule="auto"/>
        <w:jc w:val="center"/>
        <w:rPr>
          <w:rFonts w:cs="Arial"/>
          <w:sz w:val="24"/>
          <w:szCs w:val="24"/>
        </w:rPr>
      </w:pPr>
      <w:r w:rsidRPr="0084044A">
        <w:rPr>
          <w:rFonts w:cs="Arial"/>
          <w:i/>
          <w:sz w:val="24"/>
          <w:szCs w:val="24"/>
        </w:rPr>
        <w:t>w tym: ewakuacja, zagrożenie z powietrza, alarmowanie i czasowe schronienie</w:t>
      </w:r>
    </w:p>
    <w:p w:rsidR="00380CF9" w:rsidRPr="007F556E" w:rsidRDefault="00563214" w:rsidP="0082652A">
      <w:pPr>
        <w:pStyle w:val="Nagwek1"/>
        <w:spacing w:before="0"/>
        <w:jc w:val="both"/>
        <w:rPr>
          <w:rFonts w:ascii="Arial" w:hAnsi="Arial" w:cs="Arial"/>
          <w:sz w:val="22"/>
          <w:szCs w:val="22"/>
        </w:rPr>
      </w:pPr>
      <w:r w:rsidRPr="007F556E">
        <w:rPr>
          <w:rFonts w:ascii="Arial" w:hAnsi="Arial" w:cs="Arial"/>
          <w:sz w:val="22"/>
          <w:szCs w:val="22"/>
        </w:rPr>
        <w:t>§ 1. Postanowienia ogólne</w:t>
      </w:r>
    </w:p>
    <w:p w:rsidR="00380CF9" w:rsidRPr="007F556E" w:rsidRDefault="00563214" w:rsidP="0082652A">
      <w:pPr>
        <w:pStyle w:val="Listanumerowana"/>
        <w:spacing w:after="0"/>
        <w:rPr>
          <w:rFonts w:cs="Arial"/>
          <w:sz w:val="22"/>
        </w:rPr>
      </w:pPr>
      <w:r w:rsidRPr="007F556E">
        <w:rPr>
          <w:rFonts w:cs="Arial"/>
          <w:sz w:val="22"/>
        </w:rPr>
        <w:t>Procedura określa sposób przygotowania szkoły i postępowania w przypadku zagrożenia życia, zdrowia, bezpieczeństwa osób, mienia lub infrastruktury Szkoły Podstawowej nr 37 im. Jana Pawła II w Częstochowie.</w:t>
      </w:r>
    </w:p>
    <w:p w:rsidR="00380CF9" w:rsidRPr="007F556E" w:rsidRDefault="00563214" w:rsidP="0082652A">
      <w:pPr>
        <w:pStyle w:val="Listanumerowana"/>
        <w:spacing w:after="0"/>
        <w:rPr>
          <w:rFonts w:cs="Arial"/>
          <w:sz w:val="22"/>
        </w:rPr>
      </w:pPr>
      <w:r w:rsidRPr="007F556E">
        <w:rPr>
          <w:rFonts w:cs="Arial"/>
          <w:sz w:val="22"/>
        </w:rPr>
        <w:t xml:space="preserve">Obowiązuje podczas zajęć lekcyjnych, przerw, zajęć opiekuńczych, pracy świetlicy, pobytu </w:t>
      </w:r>
      <w:r w:rsidR="0052283E">
        <w:rPr>
          <w:rFonts w:cs="Arial"/>
          <w:sz w:val="22"/>
        </w:rPr>
        <w:br/>
      </w:r>
      <w:r w:rsidRPr="007F556E">
        <w:rPr>
          <w:rFonts w:cs="Arial"/>
          <w:sz w:val="22"/>
        </w:rPr>
        <w:t>w stołówce, uroczystości, wycieczek i innych wydarzeń organizowanych przez szkołę.</w:t>
      </w:r>
    </w:p>
    <w:p w:rsidR="00380CF9" w:rsidRPr="007F556E" w:rsidRDefault="00563214" w:rsidP="0082652A">
      <w:pPr>
        <w:pStyle w:val="Listanumerowana"/>
        <w:spacing w:after="0"/>
        <w:rPr>
          <w:rFonts w:cs="Arial"/>
          <w:sz w:val="22"/>
        </w:rPr>
      </w:pPr>
      <w:r w:rsidRPr="007F556E">
        <w:rPr>
          <w:rFonts w:cs="Arial"/>
          <w:sz w:val="22"/>
        </w:rPr>
        <w:t>Priorytetem jest ochrona życia i zdrowia, zapewnienie opieki nad uczniami oraz przekazywanie sprawdzonych informacji.</w:t>
      </w:r>
    </w:p>
    <w:p w:rsidR="00380CF9" w:rsidRPr="007F556E" w:rsidRDefault="00563214" w:rsidP="0082652A">
      <w:pPr>
        <w:pStyle w:val="Listanumerowana"/>
        <w:spacing w:after="120"/>
        <w:rPr>
          <w:rFonts w:cs="Arial"/>
          <w:sz w:val="22"/>
        </w:rPr>
      </w:pPr>
      <w:r w:rsidRPr="007F556E">
        <w:rPr>
          <w:rFonts w:cs="Arial"/>
          <w:sz w:val="22"/>
        </w:rPr>
        <w:t>Procedura nie zastępuje Instrukcji Bezpieczeństwa Pożarowego, planów ewakuacji, indywidualnych ustaleń wymaganych dla uczniów ani poleceń właściwych służb.</w:t>
      </w:r>
    </w:p>
    <w:p w:rsidR="00FA69AB" w:rsidRPr="00163EC1" w:rsidRDefault="00563214" w:rsidP="0082652A">
      <w:pPr>
        <w:spacing w:after="0"/>
        <w:rPr>
          <w:rFonts w:cs="Arial"/>
          <w:color w:val="C00000"/>
          <w:sz w:val="22"/>
          <w:highlight w:val="yellow"/>
        </w:rPr>
      </w:pPr>
      <w:r w:rsidRPr="007F556E">
        <w:rPr>
          <w:rFonts w:cs="Arial"/>
          <w:b/>
          <w:sz w:val="22"/>
        </w:rPr>
        <w:t xml:space="preserve">Instrukcja Bezpieczeństwa Pożarowego </w:t>
      </w:r>
      <w:r w:rsidRPr="00163EC1">
        <w:rPr>
          <w:rFonts w:cs="Arial"/>
          <w:sz w:val="22"/>
        </w:rPr>
        <w:t>znajduje się</w:t>
      </w:r>
      <w:r w:rsidR="00FA69AB" w:rsidRPr="00163EC1">
        <w:rPr>
          <w:rFonts w:cs="Arial"/>
          <w:sz w:val="22"/>
        </w:rPr>
        <w:t xml:space="preserve"> w sekretariacie Szkoły Podstawowej nr 37 </w:t>
      </w:r>
      <w:r w:rsidR="0052283E">
        <w:rPr>
          <w:rFonts w:cs="Arial"/>
          <w:sz w:val="22"/>
        </w:rPr>
        <w:br/>
      </w:r>
      <w:r w:rsidR="00FA69AB" w:rsidRPr="00163EC1">
        <w:rPr>
          <w:rFonts w:cs="Arial"/>
          <w:sz w:val="22"/>
        </w:rPr>
        <w:t xml:space="preserve">im. Jana Pawła II </w:t>
      </w:r>
    </w:p>
    <w:p w:rsidR="00380CF9" w:rsidRDefault="00563214" w:rsidP="0082652A">
      <w:pPr>
        <w:spacing w:after="120"/>
        <w:rPr>
          <w:rFonts w:cs="Arial"/>
          <w:sz w:val="22"/>
        </w:rPr>
      </w:pPr>
      <w:r w:rsidRPr="007F556E">
        <w:rPr>
          <w:rFonts w:cs="Arial"/>
          <w:b/>
          <w:sz w:val="22"/>
        </w:rPr>
        <w:t>Aktualne plany ewakuacji są dostępne:</w:t>
      </w:r>
      <w:r w:rsidR="00FA69AB" w:rsidRPr="007F556E">
        <w:rPr>
          <w:rFonts w:cs="Arial"/>
          <w:b/>
          <w:sz w:val="22"/>
        </w:rPr>
        <w:t xml:space="preserve"> </w:t>
      </w:r>
      <w:r w:rsidR="00FA69AB" w:rsidRPr="007F556E">
        <w:rPr>
          <w:rFonts w:cs="Arial"/>
          <w:sz w:val="22"/>
        </w:rPr>
        <w:t>w widocznym miejscu, w sposób zapewniający łatwy do nich dostęp – na korytarzach szkolnych.</w:t>
      </w:r>
    </w:p>
    <w:p w:rsidR="0052283E" w:rsidRPr="0052283E" w:rsidRDefault="0052283E" w:rsidP="0082652A">
      <w:pPr>
        <w:pStyle w:val="Nagwek1"/>
        <w:spacing w:before="120"/>
        <w:rPr>
          <w:rFonts w:ascii="Arial" w:hAnsi="Arial" w:cs="Arial"/>
          <w:sz w:val="22"/>
          <w:szCs w:val="22"/>
          <w:lang w:eastAsia="pl-PL"/>
        </w:rPr>
      </w:pPr>
      <w:r w:rsidRPr="0052283E">
        <w:rPr>
          <w:rFonts w:ascii="Arial" w:hAnsi="Arial" w:cs="Arial"/>
          <w:sz w:val="22"/>
          <w:szCs w:val="22"/>
        </w:rPr>
        <w:t xml:space="preserve">§ 2. </w:t>
      </w:r>
      <w:r w:rsidRPr="0052283E">
        <w:rPr>
          <w:rFonts w:ascii="Arial" w:hAnsi="Arial" w:cs="Arial"/>
          <w:sz w:val="22"/>
          <w:szCs w:val="22"/>
          <w:lang w:eastAsia="pl-PL"/>
        </w:rPr>
        <w:t>Podstawa prawna i dokumenty odniesienia</w:t>
      </w:r>
    </w:p>
    <w:p w:rsidR="00497278" w:rsidRPr="0052283E" w:rsidRDefault="00497278" w:rsidP="0082652A">
      <w:pPr>
        <w:spacing w:after="0"/>
        <w:rPr>
          <w:rFonts w:eastAsia="Times New Roman" w:cs="Arial"/>
          <w:sz w:val="22"/>
          <w:lang w:eastAsia="pl-PL"/>
        </w:rPr>
      </w:pPr>
      <w:r w:rsidRPr="0052283E">
        <w:rPr>
          <w:rFonts w:eastAsia="Times New Roman" w:cs="Arial"/>
          <w:sz w:val="22"/>
          <w:lang w:eastAsia="pl-PL"/>
        </w:rPr>
        <w:t>Procedurę opracowano na podstawie:</w:t>
      </w:r>
    </w:p>
    <w:p w:rsidR="00497278" w:rsidRPr="000675F6" w:rsidRDefault="00497278" w:rsidP="0082652A">
      <w:pPr>
        <w:numPr>
          <w:ilvl w:val="0"/>
          <w:numId w:val="10"/>
        </w:numPr>
        <w:tabs>
          <w:tab w:val="clear" w:pos="720"/>
        </w:tabs>
        <w:spacing w:after="0"/>
        <w:ind w:left="360"/>
        <w:rPr>
          <w:rFonts w:eastAsia="Times New Roman" w:cs="Arial"/>
          <w:sz w:val="22"/>
          <w:lang w:eastAsia="pl-PL"/>
        </w:rPr>
      </w:pPr>
      <w:r w:rsidRPr="0052283E">
        <w:rPr>
          <w:rFonts w:eastAsia="Times New Roman" w:cs="Arial"/>
          <w:bCs/>
          <w:sz w:val="22"/>
          <w:lang w:eastAsia="pl-PL"/>
        </w:rPr>
        <w:t>ustawy z dnia 14 grudnia 2016 r. – Prawo oświatowe</w:t>
      </w:r>
      <w:r w:rsidR="000675F6">
        <w:rPr>
          <w:rFonts w:eastAsia="Times New Roman" w:cs="Arial"/>
          <w:sz w:val="22"/>
          <w:lang w:eastAsia="pl-PL"/>
        </w:rPr>
        <w:t xml:space="preserve"> </w:t>
      </w:r>
      <w:r w:rsidRPr="0052283E">
        <w:rPr>
          <w:rFonts w:eastAsia="Times New Roman" w:cs="Arial"/>
          <w:sz w:val="22"/>
          <w:lang w:eastAsia="pl-PL"/>
        </w:rPr>
        <w:t>art. 68 ust. 1 pkt 6</w:t>
      </w:r>
      <w:r w:rsidR="000675F6">
        <w:rPr>
          <w:rFonts w:eastAsia="Times New Roman" w:cs="Arial"/>
          <w:sz w:val="22"/>
          <w:lang w:eastAsia="pl-PL"/>
        </w:rPr>
        <w:t xml:space="preserve"> </w:t>
      </w:r>
      <w:r w:rsidR="000675F6" w:rsidRPr="000675F6">
        <w:rPr>
          <w:rFonts w:cs="Arial"/>
          <w:sz w:val="22"/>
          <w:shd w:val="clear" w:color="auto" w:fill="FFFFFF"/>
        </w:rPr>
        <w:t>(Dz. U. z 2026 r. poz. 820, 904, 982, 1036 i 1123)</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ustawy z dnia 5 grudnia 2024 r. o ochronie ludności i obronie cywilnej</w:t>
      </w:r>
      <w:r w:rsidRPr="0052283E">
        <w:rPr>
          <w:rFonts w:eastAsia="Times New Roman" w:cs="Arial"/>
          <w:sz w:val="22"/>
          <w:lang w:eastAsia="pl-PL"/>
        </w:rPr>
        <w:t xml:space="preserve"> (Dz. U. z 2024 r. poz. 1907, z późn. zm.);</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ustawy z dnia 26 kwietnia 2007 r. o zarządzaniu kryzysowym</w:t>
      </w:r>
      <w:r w:rsidRPr="0052283E">
        <w:rPr>
          <w:rFonts w:eastAsia="Times New Roman" w:cs="Arial"/>
          <w:sz w:val="22"/>
          <w:lang w:eastAsia="pl-PL"/>
        </w:rPr>
        <w:t xml:space="preserve"> – tekst jednolity ogłoszony w Dz. U. z 2026 r. poz. 574;</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ustawy z dnia 24 sierpnia 1991 r. o ochronie przeciwpożarowej</w:t>
      </w:r>
      <w:r w:rsidRPr="0052283E">
        <w:rPr>
          <w:rFonts w:eastAsia="Times New Roman" w:cs="Arial"/>
          <w:sz w:val="22"/>
          <w:lang w:eastAsia="pl-PL"/>
        </w:rPr>
        <w:t xml:space="preserve"> – tekst jednolity ogłoszony w Dz. U. z 2025 r. poz. 188;</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rozporządzenia Ministra Spraw Wewnętrznych i Administracji z dnia 7 czerwca 2010 r. w sprawie ochrony przeciwpożarowej budynków, innych obiektów budowlanych i terenów</w:t>
      </w:r>
      <w:r w:rsidRPr="0052283E">
        <w:rPr>
          <w:rFonts w:eastAsia="Times New Roman" w:cs="Arial"/>
          <w:sz w:val="22"/>
          <w:lang w:eastAsia="pl-PL"/>
        </w:rPr>
        <w:t xml:space="preserve"> – tekst jednolity ogłoszony w Dz. U. z 2023 r. poz. 822;</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rozporządzenia Ministra Edukacji Narodowej i Sportu z dnia 31 grudnia 2002 r. w sprawie bezpieczeństwa i higieny w publicznych i niepublicznych szkołach i placówkach</w:t>
      </w:r>
      <w:r w:rsidRPr="0052283E">
        <w:rPr>
          <w:rFonts w:eastAsia="Times New Roman" w:cs="Arial"/>
          <w:sz w:val="22"/>
          <w:lang w:eastAsia="pl-PL"/>
        </w:rPr>
        <w:t xml:space="preserve"> – z późniejszymi zmianami;</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rozporządzenia Ministra Spraw Wewnętrznych i Administracji z dnia 14 maja 2025 r. w sprawie alarmów i komunikatów ostrzegawczych</w:t>
      </w:r>
      <w:r w:rsidRPr="0052283E">
        <w:rPr>
          <w:rFonts w:eastAsia="Times New Roman" w:cs="Arial"/>
          <w:sz w:val="22"/>
          <w:lang w:eastAsia="pl-PL"/>
        </w:rPr>
        <w:t>;</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bCs/>
          <w:sz w:val="22"/>
          <w:lang w:eastAsia="pl-PL"/>
        </w:rPr>
        <w:t>Instrukcji Bezpieczeństwa Pożarowego obowiązującej w Szkole Podstawowej nr 37 im. Jana</w:t>
      </w:r>
      <w:r w:rsidR="00596013">
        <w:rPr>
          <w:rFonts w:eastAsia="Times New Roman" w:cs="Arial"/>
          <w:bCs/>
          <w:sz w:val="22"/>
          <w:lang w:eastAsia="pl-PL"/>
        </w:rPr>
        <w:t xml:space="preserve"> </w:t>
      </w:r>
      <w:r w:rsidRPr="0052283E">
        <w:rPr>
          <w:rFonts w:eastAsia="Times New Roman" w:cs="Arial"/>
          <w:bCs/>
          <w:sz w:val="22"/>
          <w:lang w:eastAsia="pl-PL"/>
        </w:rPr>
        <w:t>Pawła II w Częstochowie</w:t>
      </w:r>
      <w:r w:rsidRPr="0052283E">
        <w:rPr>
          <w:rFonts w:eastAsia="Times New Roman" w:cs="Arial"/>
          <w:sz w:val="22"/>
          <w:lang w:eastAsia="pl-PL"/>
        </w:rPr>
        <w:t xml:space="preserve"> oraz aktualnych planów ewakuacji;</w:t>
      </w:r>
    </w:p>
    <w:p w:rsidR="00497278" w:rsidRPr="0052283E" w:rsidRDefault="00497278" w:rsidP="0082652A">
      <w:pPr>
        <w:numPr>
          <w:ilvl w:val="0"/>
          <w:numId w:val="10"/>
        </w:numPr>
        <w:spacing w:after="0"/>
        <w:ind w:left="360"/>
        <w:rPr>
          <w:rFonts w:eastAsia="Times New Roman" w:cs="Arial"/>
          <w:sz w:val="22"/>
          <w:lang w:eastAsia="pl-PL"/>
        </w:rPr>
      </w:pPr>
      <w:r w:rsidRPr="0052283E">
        <w:rPr>
          <w:rFonts w:eastAsia="Times New Roman" w:cs="Arial"/>
          <w:sz w:val="22"/>
          <w:lang w:eastAsia="pl-PL"/>
        </w:rPr>
        <w:t>aktualnych wytycznych, komunikatów i zaleceń właściwych organów administracji publicznej, Państwowej Straży Pożarnej, Policji, Rządowego Centrum Bezpieczeństwa oraz organu prowadzącego szkołę;</w:t>
      </w:r>
    </w:p>
    <w:p w:rsidR="00497278" w:rsidRPr="0052283E" w:rsidRDefault="00497278" w:rsidP="0082652A">
      <w:pPr>
        <w:numPr>
          <w:ilvl w:val="0"/>
          <w:numId w:val="10"/>
        </w:numPr>
        <w:spacing w:after="120"/>
        <w:ind w:left="360"/>
        <w:rPr>
          <w:rFonts w:eastAsia="Times New Roman" w:cs="Arial"/>
          <w:sz w:val="22"/>
          <w:lang w:eastAsia="pl-PL"/>
        </w:rPr>
      </w:pPr>
      <w:r w:rsidRPr="0052283E">
        <w:rPr>
          <w:rFonts w:eastAsia="Times New Roman" w:cs="Arial"/>
          <w:bCs/>
          <w:sz w:val="22"/>
          <w:lang w:eastAsia="pl-PL"/>
        </w:rPr>
        <w:t>„Poradnika Bezpieczeństwa”</w:t>
      </w:r>
      <w:r w:rsidRPr="0052283E">
        <w:rPr>
          <w:rFonts w:eastAsia="Times New Roman" w:cs="Arial"/>
          <w:sz w:val="22"/>
          <w:lang w:eastAsia="pl-PL"/>
        </w:rPr>
        <w:t xml:space="preserve"> opracowanego przez Ministerstwo Obrony Narodowej, Ministerstwo Spraw Wewnętrznych i Administracji oraz Rządowe Centrum Bezpieczeństwa – jako materiału informacyjnego i pomocniczego.</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xml:space="preserve">§ </w:t>
      </w:r>
      <w:r w:rsidR="0052283E">
        <w:rPr>
          <w:rFonts w:ascii="Arial" w:hAnsi="Arial" w:cs="Arial"/>
          <w:sz w:val="22"/>
          <w:szCs w:val="22"/>
        </w:rPr>
        <w:t>3</w:t>
      </w:r>
      <w:r w:rsidRPr="007F556E">
        <w:rPr>
          <w:rFonts w:ascii="Arial" w:hAnsi="Arial" w:cs="Arial"/>
          <w:sz w:val="22"/>
          <w:szCs w:val="22"/>
        </w:rPr>
        <w:t>. Odpowiedzialność i podstawowe zasady</w:t>
      </w:r>
    </w:p>
    <w:p w:rsidR="00380CF9" w:rsidRPr="00495650" w:rsidRDefault="00563214" w:rsidP="0082652A">
      <w:pPr>
        <w:pStyle w:val="Listanumerowana"/>
        <w:numPr>
          <w:ilvl w:val="0"/>
          <w:numId w:val="12"/>
        </w:numPr>
        <w:spacing w:after="0"/>
        <w:rPr>
          <w:rFonts w:cs="Arial"/>
          <w:sz w:val="22"/>
        </w:rPr>
      </w:pPr>
      <w:r w:rsidRPr="00495650">
        <w:rPr>
          <w:rFonts w:cs="Arial"/>
          <w:sz w:val="22"/>
        </w:rPr>
        <w:t>Każdy pracownik, który zauważy zagrożenie, niezwłocznie informuje dyrektora lub osobę zastępującą, ostrzega osoby znajdujące się w bezpośrednim niebezpieczeństwie, jeżeli może to zrobić bezpiecznie, i w razie potrzeby dzwoni pod numer 112.</w:t>
      </w:r>
    </w:p>
    <w:p w:rsidR="00380CF9" w:rsidRPr="007F556E" w:rsidRDefault="00563214" w:rsidP="0082652A">
      <w:pPr>
        <w:pStyle w:val="Listanumerowana"/>
        <w:spacing w:after="0"/>
        <w:rPr>
          <w:rFonts w:cs="Arial"/>
          <w:sz w:val="22"/>
        </w:rPr>
      </w:pPr>
      <w:r w:rsidRPr="007F556E">
        <w:rPr>
          <w:rFonts w:cs="Arial"/>
          <w:sz w:val="22"/>
        </w:rPr>
        <w:t>Dyrektor koordynuje działania szkoły do czasu przejęcia kierowania przez właściwe służby. Podejmuje decyzje należące do kompetencji szkoły, w szczególności dotyczące alarmowania, ewakuacji, czasowego pozostania w bezpiecznym miejscu i komunikacji z rodzicami.</w:t>
      </w:r>
    </w:p>
    <w:p w:rsidR="00380CF9" w:rsidRPr="007F556E" w:rsidRDefault="00563214" w:rsidP="0082652A">
      <w:pPr>
        <w:pStyle w:val="Listanumerowana"/>
        <w:spacing w:after="0"/>
        <w:rPr>
          <w:rFonts w:cs="Arial"/>
          <w:sz w:val="22"/>
        </w:rPr>
      </w:pPr>
      <w:r w:rsidRPr="007F556E">
        <w:rPr>
          <w:rFonts w:cs="Arial"/>
          <w:sz w:val="22"/>
        </w:rPr>
        <w:t>W razie nieobecności dyrektora działania koordynuje osoba upoważniona lub wyznaczona zgodnie z organizacją pracy szkoły.</w:t>
      </w:r>
    </w:p>
    <w:p w:rsidR="00512791" w:rsidRPr="007F556E" w:rsidRDefault="00563214" w:rsidP="0082652A">
      <w:pPr>
        <w:spacing w:after="0"/>
        <w:rPr>
          <w:rFonts w:cs="Arial"/>
          <w:sz w:val="22"/>
        </w:rPr>
      </w:pPr>
      <w:r w:rsidRPr="007F556E">
        <w:rPr>
          <w:rFonts w:cs="Arial"/>
          <w:b/>
          <w:sz w:val="22"/>
        </w:rPr>
        <w:t>Osoba zastępująca dyrektora</w:t>
      </w:r>
      <w:r w:rsidR="00512791" w:rsidRPr="007F556E">
        <w:rPr>
          <w:rFonts w:cs="Arial"/>
          <w:b/>
          <w:sz w:val="22"/>
        </w:rPr>
        <w:t xml:space="preserve">: </w:t>
      </w:r>
      <w:r w:rsidR="00512791" w:rsidRPr="007F556E">
        <w:rPr>
          <w:rFonts w:cs="Arial"/>
          <w:sz w:val="22"/>
        </w:rPr>
        <w:t>p. Dorota Ordowska – Społeczny Zastępca Dyrektora Szkoły, nauczyciel</w:t>
      </w:r>
    </w:p>
    <w:p w:rsidR="00380CF9" w:rsidRPr="007F556E" w:rsidRDefault="00563214" w:rsidP="0082652A">
      <w:pPr>
        <w:spacing w:after="0"/>
        <w:rPr>
          <w:rFonts w:cs="Arial"/>
          <w:sz w:val="22"/>
        </w:rPr>
      </w:pPr>
      <w:r w:rsidRPr="007F556E">
        <w:rPr>
          <w:rFonts w:cs="Arial"/>
          <w:b/>
          <w:sz w:val="22"/>
        </w:rPr>
        <w:t>Osoba kolejna w zastępstwie</w:t>
      </w:r>
      <w:r w:rsidR="00512791" w:rsidRPr="007F556E">
        <w:rPr>
          <w:rFonts w:cs="Arial"/>
          <w:b/>
          <w:sz w:val="22"/>
        </w:rPr>
        <w:t xml:space="preserve">: </w:t>
      </w:r>
      <w:r w:rsidR="00512791" w:rsidRPr="007F556E">
        <w:rPr>
          <w:rFonts w:cs="Arial"/>
          <w:sz w:val="22"/>
        </w:rPr>
        <w:t>p. Krzysztof Zagórski- koordynator d</w:t>
      </w:r>
      <w:r w:rsidR="009273AF">
        <w:rPr>
          <w:rFonts w:cs="Arial"/>
          <w:sz w:val="22"/>
        </w:rPr>
        <w:t>s.</w:t>
      </w:r>
      <w:r w:rsidR="00512791" w:rsidRPr="007F556E">
        <w:rPr>
          <w:rFonts w:cs="Arial"/>
          <w:sz w:val="22"/>
        </w:rPr>
        <w:t xml:space="preserve"> obrony cywilnej, nauczyciel</w:t>
      </w:r>
    </w:p>
    <w:p w:rsidR="00380CF9" w:rsidRPr="007F556E" w:rsidRDefault="00563214" w:rsidP="0082652A">
      <w:pPr>
        <w:pStyle w:val="Listanumerowana"/>
        <w:spacing w:after="0"/>
        <w:rPr>
          <w:rFonts w:cs="Arial"/>
          <w:sz w:val="22"/>
        </w:rPr>
      </w:pPr>
      <w:r w:rsidRPr="007F556E">
        <w:rPr>
          <w:rFonts w:cs="Arial"/>
          <w:sz w:val="22"/>
        </w:rPr>
        <w:t xml:space="preserve">Pracownicy wykonują zadania zgodnie z zakresem obowiązków i przydziałem określonym </w:t>
      </w:r>
      <w:r w:rsidR="00495A9E">
        <w:rPr>
          <w:rFonts w:cs="Arial"/>
          <w:sz w:val="22"/>
        </w:rPr>
        <w:br/>
      </w:r>
      <w:r w:rsidRPr="00495A9E">
        <w:rPr>
          <w:rFonts w:cs="Arial"/>
          <w:sz w:val="22"/>
        </w:rPr>
        <w:t xml:space="preserve">w załączniku nr 4. </w:t>
      </w:r>
      <w:r w:rsidRPr="007F556E">
        <w:rPr>
          <w:rFonts w:cs="Arial"/>
          <w:sz w:val="22"/>
        </w:rPr>
        <w:t>Nie podejmują działań narażających ich lub innych osób na niebezpieczeństwo ani działań wymagających specjalistycznych kwalifikacji.</w:t>
      </w:r>
    </w:p>
    <w:p w:rsidR="00380CF9" w:rsidRPr="007F556E" w:rsidRDefault="00563214" w:rsidP="0082652A">
      <w:pPr>
        <w:pStyle w:val="Listanumerowana"/>
        <w:spacing w:after="120"/>
        <w:rPr>
          <w:rFonts w:cs="Arial"/>
          <w:sz w:val="22"/>
        </w:rPr>
      </w:pPr>
      <w:r w:rsidRPr="007F556E">
        <w:rPr>
          <w:rFonts w:cs="Arial"/>
          <w:sz w:val="22"/>
        </w:rPr>
        <w:t>Polecenia właściwych służb mają pierwszeństwo przed postanowieniami niniejszej procedury.</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3. Alarmowanie i powiadamianie</w:t>
      </w:r>
    </w:p>
    <w:p w:rsidR="00380CF9" w:rsidRPr="00495A9E" w:rsidRDefault="00563214" w:rsidP="0082652A">
      <w:pPr>
        <w:pStyle w:val="Listanumerowana"/>
        <w:numPr>
          <w:ilvl w:val="0"/>
          <w:numId w:val="13"/>
        </w:numPr>
        <w:spacing w:after="0"/>
        <w:rPr>
          <w:rFonts w:cs="Arial"/>
          <w:sz w:val="22"/>
        </w:rPr>
      </w:pPr>
      <w:r w:rsidRPr="00495A9E">
        <w:rPr>
          <w:rFonts w:cs="Arial"/>
          <w:sz w:val="22"/>
        </w:rPr>
        <w:t>Informacja o zagrożeniu może być przekazana bezpośrednio przez pracownika, telefonicznie, sygnałem alarmowym, komunikatem słownym, przez oficjalne komunikaty właściwych służb lub systemy ostrzegania ludności, w tym Alert RCB.</w:t>
      </w:r>
    </w:p>
    <w:p w:rsidR="00380CF9" w:rsidRPr="007F556E" w:rsidRDefault="00563214" w:rsidP="0082652A">
      <w:pPr>
        <w:pStyle w:val="Listanumerowana"/>
        <w:spacing w:after="0"/>
        <w:rPr>
          <w:rFonts w:cs="Arial"/>
          <w:sz w:val="22"/>
        </w:rPr>
      </w:pPr>
      <w:r w:rsidRPr="007F556E">
        <w:rPr>
          <w:rFonts w:cs="Arial"/>
          <w:sz w:val="22"/>
        </w:rPr>
        <w:t>Po otrzymaniu informacji pracownicy zachowują spokój, nie przekazują niesprawdzonych wiadomości i wykonują polecenia dyrektora oraz służb. Komunikaty dla uczniów powinny być krótkie, jednoznaczne i dostosowane do wieku.</w:t>
      </w:r>
    </w:p>
    <w:p w:rsidR="0038401E" w:rsidRPr="00D661B1" w:rsidRDefault="00563214" w:rsidP="0082652A">
      <w:pPr>
        <w:spacing w:after="0"/>
        <w:rPr>
          <w:rFonts w:cs="Arial"/>
          <w:b/>
          <w:sz w:val="22"/>
          <w:highlight w:val="yellow"/>
        </w:rPr>
      </w:pPr>
      <w:r w:rsidRPr="007F556E">
        <w:rPr>
          <w:rFonts w:cs="Arial"/>
          <w:b/>
          <w:sz w:val="22"/>
        </w:rPr>
        <w:t xml:space="preserve">Sposób ogłoszenia alarmu w SP37: </w:t>
      </w:r>
      <w:r w:rsidR="0038401E" w:rsidRPr="00D661B1">
        <w:rPr>
          <w:rFonts w:cs="Arial"/>
          <w:sz w:val="22"/>
        </w:rPr>
        <w:t>sygnał przerywany – 3 krótkie sygnały dzwonka.</w:t>
      </w:r>
    </w:p>
    <w:p w:rsidR="00DA0976" w:rsidRPr="007F556E" w:rsidRDefault="00563214" w:rsidP="0082652A">
      <w:pPr>
        <w:spacing w:after="0"/>
        <w:rPr>
          <w:rFonts w:cs="Arial"/>
          <w:b/>
          <w:color w:val="C00000"/>
          <w:sz w:val="22"/>
          <w:highlight w:val="yellow"/>
        </w:rPr>
      </w:pPr>
      <w:r w:rsidRPr="007F556E">
        <w:rPr>
          <w:rFonts w:cs="Arial"/>
          <w:b/>
          <w:sz w:val="22"/>
        </w:rPr>
        <w:t xml:space="preserve">Sposób alarmowania zastępczego przy braku prądu lub nagłośnienia: </w:t>
      </w:r>
      <w:r w:rsidR="00DA0976" w:rsidRPr="007F556E">
        <w:rPr>
          <w:rFonts w:cs="Arial"/>
          <w:sz w:val="22"/>
        </w:rPr>
        <w:t>jeśli zasilanie nie działa, alarm ogłasza się ręcznie za pomocą dzwonka ręcznego lub gwizdka, któremu towarzyszy komunikat słowny przekazywany przez nauczycieli oraz dyrekcję.</w:t>
      </w:r>
    </w:p>
    <w:p w:rsidR="00DA0976" w:rsidRPr="007F556E" w:rsidRDefault="00563214" w:rsidP="0082652A">
      <w:pPr>
        <w:spacing w:after="0"/>
        <w:rPr>
          <w:rFonts w:cs="Arial"/>
          <w:sz w:val="22"/>
        </w:rPr>
      </w:pPr>
      <w:r w:rsidRPr="007F556E">
        <w:rPr>
          <w:rFonts w:cs="Arial"/>
          <w:b/>
          <w:sz w:val="22"/>
        </w:rPr>
        <w:t>Środki łączności dostępne pracownikom</w:t>
      </w:r>
      <w:r w:rsidR="00DA0976" w:rsidRPr="007F556E">
        <w:rPr>
          <w:rFonts w:cs="Arial"/>
          <w:b/>
          <w:sz w:val="22"/>
        </w:rPr>
        <w:t xml:space="preserve">: </w:t>
      </w:r>
      <w:r w:rsidR="00DA0976" w:rsidRPr="007F556E">
        <w:rPr>
          <w:rFonts w:cs="Arial"/>
          <w:sz w:val="22"/>
        </w:rPr>
        <w:t>mobilne: telefony komórkowe i smartfony</w:t>
      </w:r>
      <w:r w:rsidR="001812B3" w:rsidRPr="007F556E">
        <w:rPr>
          <w:rFonts w:cs="Arial"/>
          <w:sz w:val="22"/>
        </w:rPr>
        <w:t xml:space="preserve"> oraz </w:t>
      </w:r>
      <w:r w:rsidR="001812B3" w:rsidRPr="007F556E">
        <w:rPr>
          <w:rStyle w:val="Pogrubienie"/>
          <w:rFonts w:cs="Arial"/>
          <w:b w:val="0"/>
          <w:sz w:val="22"/>
        </w:rPr>
        <w:t>awaryjne środki łączności i alarmowania</w:t>
      </w:r>
      <w:r w:rsidR="001812B3" w:rsidRPr="007F556E">
        <w:rPr>
          <w:rFonts w:cs="Arial"/>
          <w:b/>
          <w:sz w:val="22"/>
        </w:rPr>
        <w:t xml:space="preserve">: </w:t>
      </w:r>
      <w:r w:rsidR="001812B3" w:rsidRPr="007F556E">
        <w:rPr>
          <w:rFonts w:cs="Arial"/>
          <w:sz w:val="22"/>
        </w:rPr>
        <w:t>megafony przenośne, dzwonki ręczne, gwizdki.</w:t>
      </w:r>
    </w:p>
    <w:p w:rsidR="00380CF9" w:rsidRDefault="00563214" w:rsidP="0082652A">
      <w:pPr>
        <w:spacing w:after="0"/>
        <w:rPr>
          <w:rFonts w:cs="Arial"/>
          <w:sz w:val="22"/>
        </w:rPr>
      </w:pPr>
      <w:r w:rsidRPr="007F556E">
        <w:rPr>
          <w:rFonts w:cs="Arial"/>
          <w:sz w:val="22"/>
        </w:rPr>
        <w:t>Osoba przyjmująca zgłoszenie zapisuje — o ile nie opóźnia to działań ratujących życie — godzinę, źródło informacji, rodzaj zagrożenia, miejsce i podjęte czynności.</w:t>
      </w:r>
    </w:p>
    <w:p w:rsidR="007430F6" w:rsidRPr="007430F6" w:rsidRDefault="007430F6" w:rsidP="0082652A">
      <w:pPr>
        <w:spacing w:after="0"/>
        <w:jc w:val="both"/>
        <w:rPr>
          <w:rFonts w:cs="Arial"/>
          <w:sz w:val="22"/>
        </w:rPr>
      </w:pPr>
      <w:r w:rsidRPr="007430F6">
        <w:rPr>
          <w:rFonts w:cs="Arial"/>
          <w:sz w:val="22"/>
        </w:rPr>
        <w:t xml:space="preserve">Komunikaty ostrzegawcze mogą tworzyć trzystopniową sekwencję: </w:t>
      </w:r>
      <w:r w:rsidRPr="007430F6">
        <w:rPr>
          <w:rFonts w:cs="Arial"/>
          <w:b/>
          <w:sz w:val="22"/>
        </w:rPr>
        <w:t>Czujność, Gotowość i Alarm</w:t>
      </w:r>
      <w:r w:rsidRPr="007430F6">
        <w:rPr>
          <w:rFonts w:cs="Arial"/>
          <w:sz w:val="22"/>
        </w:rPr>
        <w:t>.</w:t>
      </w:r>
    </w:p>
    <w:p w:rsidR="007430F6" w:rsidRPr="007430F6" w:rsidRDefault="007430F6" w:rsidP="0082652A">
      <w:pPr>
        <w:spacing w:after="0"/>
        <w:jc w:val="both"/>
        <w:rPr>
          <w:rFonts w:cs="Arial"/>
          <w:sz w:val="22"/>
        </w:rPr>
      </w:pPr>
      <w:r w:rsidRPr="007430F6">
        <w:rPr>
          <w:rFonts w:cs="Arial"/>
          <w:sz w:val="22"/>
        </w:rPr>
        <w:t>Placówka wykonuje przede wszystkim polecenia zawarte w otrzymanej wiadomości.</w:t>
      </w:r>
    </w:p>
    <w:p w:rsidR="007430F6" w:rsidRPr="007430F6" w:rsidRDefault="007430F6" w:rsidP="0082652A">
      <w:pPr>
        <w:spacing w:after="0"/>
        <w:jc w:val="both"/>
        <w:rPr>
          <w:rFonts w:cs="Arial"/>
          <w:sz w:val="22"/>
        </w:rPr>
      </w:pPr>
      <w:r w:rsidRPr="007430F6">
        <w:rPr>
          <w:rFonts w:cs="Arial"/>
          <w:sz w:val="22"/>
        </w:rPr>
        <w:t xml:space="preserve"> </w:t>
      </w:r>
      <w:r w:rsidRPr="007430F6">
        <w:rPr>
          <w:rFonts w:cs="Arial"/>
          <w:b/>
          <w:sz w:val="22"/>
        </w:rPr>
        <w:t>Czujność</w:t>
      </w:r>
      <w:r w:rsidRPr="007430F6">
        <w:rPr>
          <w:rFonts w:cs="Arial"/>
          <w:sz w:val="22"/>
        </w:rPr>
        <w:t xml:space="preserve"> - komunikat informacyjny bez polecenia schronienia. Dyrektor albo wyznaczony</w:t>
      </w:r>
    </w:p>
    <w:p w:rsidR="007430F6" w:rsidRPr="007430F6" w:rsidRDefault="007430F6" w:rsidP="0082652A">
      <w:pPr>
        <w:spacing w:after="0"/>
        <w:jc w:val="both"/>
        <w:rPr>
          <w:rFonts w:cs="Arial"/>
          <w:sz w:val="22"/>
        </w:rPr>
      </w:pPr>
      <w:r w:rsidRPr="007430F6">
        <w:rPr>
          <w:rFonts w:cs="Arial"/>
          <w:sz w:val="22"/>
        </w:rPr>
        <w:t>pracownik śledzi urzędowe komunikaty, sprawdza łączność, dostępność osób funkcyjnych</w:t>
      </w:r>
    </w:p>
    <w:p w:rsidR="007430F6" w:rsidRPr="007430F6" w:rsidRDefault="007430F6" w:rsidP="0082652A">
      <w:pPr>
        <w:spacing w:after="0"/>
        <w:jc w:val="both"/>
        <w:rPr>
          <w:rFonts w:cs="Arial"/>
          <w:sz w:val="22"/>
        </w:rPr>
      </w:pPr>
      <w:r w:rsidRPr="007430F6">
        <w:rPr>
          <w:rFonts w:cs="Arial"/>
          <w:sz w:val="22"/>
        </w:rPr>
        <w:t>i gotowość do wykonania procedury.</w:t>
      </w:r>
    </w:p>
    <w:p w:rsidR="007430F6" w:rsidRPr="007430F6" w:rsidRDefault="007430F6" w:rsidP="0082652A">
      <w:pPr>
        <w:spacing w:after="0"/>
        <w:jc w:val="both"/>
        <w:rPr>
          <w:rFonts w:cs="Arial"/>
          <w:sz w:val="22"/>
        </w:rPr>
      </w:pPr>
      <w:r w:rsidRPr="007430F6">
        <w:rPr>
          <w:rFonts w:cs="Arial"/>
          <w:sz w:val="22"/>
        </w:rPr>
        <w:t xml:space="preserve"> </w:t>
      </w:r>
      <w:r w:rsidRPr="007430F6">
        <w:rPr>
          <w:rFonts w:cs="Arial"/>
          <w:b/>
          <w:sz w:val="22"/>
        </w:rPr>
        <w:t>Gotowość</w:t>
      </w:r>
      <w:r w:rsidRPr="007430F6">
        <w:rPr>
          <w:rFonts w:cs="Arial"/>
          <w:sz w:val="22"/>
        </w:rPr>
        <w:t xml:space="preserve"> - komunikat przygotowawczy i/lub ostrzegawczy. Dyrektor wykonuje wskazane</w:t>
      </w:r>
    </w:p>
    <w:p w:rsidR="007430F6" w:rsidRPr="007430F6" w:rsidRDefault="007430F6" w:rsidP="0082652A">
      <w:pPr>
        <w:spacing w:after="0"/>
        <w:jc w:val="both"/>
        <w:rPr>
          <w:rFonts w:cs="Arial"/>
          <w:sz w:val="22"/>
        </w:rPr>
      </w:pPr>
      <w:r w:rsidRPr="007430F6">
        <w:rPr>
          <w:rFonts w:cs="Arial"/>
          <w:sz w:val="22"/>
        </w:rPr>
        <w:t>zalecenia i przygotowuje wyznaczone osoby do procedury przemieszczenia do miejsca</w:t>
      </w:r>
    </w:p>
    <w:p w:rsidR="007430F6" w:rsidRPr="007430F6" w:rsidRDefault="007430F6" w:rsidP="0082652A">
      <w:pPr>
        <w:spacing w:after="0"/>
        <w:jc w:val="both"/>
        <w:rPr>
          <w:rFonts w:cs="Arial"/>
          <w:sz w:val="22"/>
        </w:rPr>
      </w:pPr>
      <w:r w:rsidRPr="007430F6">
        <w:rPr>
          <w:rFonts w:cs="Arial"/>
          <w:sz w:val="22"/>
        </w:rPr>
        <w:t>schronienia Może wstrzymać wyjścia, sprowadzić grupy z terenu placówki.</w:t>
      </w:r>
    </w:p>
    <w:p w:rsidR="007430F6" w:rsidRPr="007430F6" w:rsidRDefault="007430F6" w:rsidP="0082652A">
      <w:pPr>
        <w:spacing w:after="0"/>
        <w:jc w:val="both"/>
        <w:rPr>
          <w:rFonts w:cs="Arial"/>
          <w:sz w:val="22"/>
        </w:rPr>
      </w:pPr>
      <w:r w:rsidRPr="007430F6">
        <w:rPr>
          <w:rFonts w:cs="Arial"/>
          <w:sz w:val="22"/>
        </w:rPr>
        <w:t xml:space="preserve"> </w:t>
      </w:r>
      <w:r w:rsidRPr="007430F6">
        <w:rPr>
          <w:rFonts w:cs="Arial"/>
          <w:b/>
          <w:sz w:val="22"/>
        </w:rPr>
        <w:t>Alarm</w:t>
      </w:r>
      <w:r w:rsidRPr="007430F6">
        <w:rPr>
          <w:rFonts w:cs="Arial"/>
          <w:sz w:val="22"/>
        </w:rPr>
        <w:t xml:space="preserve"> - alarm albo jednoznaczne polecenie natychmiastowego schronienia. Dyrektor</w:t>
      </w:r>
    </w:p>
    <w:p w:rsidR="007430F6" w:rsidRPr="007430F6" w:rsidRDefault="007430F6" w:rsidP="0082652A">
      <w:pPr>
        <w:spacing w:after="0"/>
        <w:jc w:val="both"/>
        <w:rPr>
          <w:rFonts w:cs="Arial"/>
          <w:sz w:val="22"/>
        </w:rPr>
      </w:pPr>
      <w:r w:rsidRPr="007430F6">
        <w:rPr>
          <w:rFonts w:cs="Arial"/>
          <w:sz w:val="22"/>
        </w:rPr>
        <w:t>uruchamia procedurę bez zwłoki. Nie czeka na potwierdzenie w kilku źródłach, jeżeli</w:t>
      </w:r>
    </w:p>
    <w:p w:rsidR="007430F6" w:rsidRPr="007F556E" w:rsidRDefault="007430F6" w:rsidP="0082652A">
      <w:pPr>
        <w:spacing w:after="0"/>
        <w:jc w:val="both"/>
        <w:rPr>
          <w:rFonts w:cs="Arial"/>
          <w:sz w:val="22"/>
        </w:rPr>
      </w:pPr>
      <w:r w:rsidRPr="007430F6">
        <w:rPr>
          <w:rFonts w:cs="Arial"/>
          <w:sz w:val="22"/>
        </w:rPr>
        <w:t>komunikat jest autentyczny i jednoznaczny</w:t>
      </w:r>
      <w:r w:rsidRPr="00665D10">
        <w:rPr>
          <w:rFonts w:cs="Arial"/>
          <w:color w:val="EE0000"/>
          <w:sz w:val="22"/>
        </w:rPr>
        <w:t>.</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4. Ewakuacja – zasady ogólne</w:t>
      </w:r>
    </w:p>
    <w:p w:rsidR="00380CF9" w:rsidRPr="00862163" w:rsidRDefault="00563214" w:rsidP="0082652A">
      <w:pPr>
        <w:pStyle w:val="Listanumerowana"/>
        <w:numPr>
          <w:ilvl w:val="0"/>
          <w:numId w:val="14"/>
        </w:numPr>
        <w:spacing w:after="0"/>
        <w:rPr>
          <w:rFonts w:cs="Arial"/>
          <w:sz w:val="22"/>
        </w:rPr>
      </w:pPr>
      <w:r w:rsidRPr="00862163">
        <w:rPr>
          <w:rFonts w:cs="Arial"/>
          <w:sz w:val="22"/>
        </w:rPr>
        <w:t>Ewakuację prowadzi się zgodnie z Instrukcją Bezpieczeństwa Pożarowego, aktualnymi planami i oznakowaniem oraz poleceniami służb. Jeżeli bezpośrednie zagrożenie wymaga natychmiastowego opuszczenia miejsca, nie należy czekać na formalne polecenie.</w:t>
      </w:r>
    </w:p>
    <w:p w:rsidR="00862163" w:rsidRPr="00862163" w:rsidRDefault="00862163" w:rsidP="0082652A">
      <w:pPr>
        <w:pStyle w:val="Listanumerowana"/>
        <w:numPr>
          <w:ilvl w:val="0"/>
          <w:numId w:val="14"/>
        </w:numPr>
        <w:rPr>
          <w:sz w:val="22"/>
        </w:rPr>
      </w:pPr>
      <w:r w:rsidRPr="00862163">
        <w:rPr>
          <w:sz w:val="22"/>
        </w:rPr>
        <w:t>Nauczyciel przerywa zajęcia, poleca pozostawić rzeczy osobiste i ustawić się w sposób</w:t>
      </w:r>
    </w:p>
    <w:p w:rsidR="00862163" w:rsidRPr="00862163" w:rsidRDefault="00862163" w:rsidP="0082652A">
      <w:pPr>
        <w:pStyle w:val="Listanumerowana"/>
        <w:numPr>
          <w:ilvl w:val="0"/>
          <w:numId w:val="0"/>
        </w:numPr>
        <w:spacing w:after="0"/>
        <w:ind w:left="360"/>
        <w:jc w:val="both"/>
        <w:rPr>
          <w:rFonts w:cs="Arial"/>
          <w:sz w:val="22"/>
        </w:rPr>
      </w:pPr>
      <w:r w:rsidRPr="00862163">
        <w:rPr>
          <w:rFonts w:cs="Arial"/>
          <w:sz w:val="22"/>
        </w:rPr>
        <w:t xml:space="preserve">przećwiczony wcześniej. </w:t>
      </w:r>
    </w:p>
    <w:p w:rsidR="00862163" w:rsidRPr="00862163" w:rsidRDefault="00862163" w:rsidP="0082652A">
      <w:pPr>
        <w:pStyle w:val="Listanumerowana"/>
        <w:numPr>
          <w:ilvl w:val="0"/>
          <w:numId w:val="14"/>
        </w:numPr>
        <w:spacing w:after="0"/>
        <w:jc w:val="both"/>
        <w:rPr>
          <w:rFonts w:cs="Arial"/>
          <w:sz w:val="22"/>
        </w:rPr>
      </w:pPr>
      <w:r w:rsidRPr="00862163">
        <w:rPr>
          <w:rFonts w:cs="Arial"/>
          <w:sz w:val="22"/>
        </w:rPr>
        <w:t>Jeżeli można to zrobić bez opóźnienia przejścia, wyłącza urządzenia, których pozostawienie</w:t>
      </w:r>
    </w:p>
    <w:p w:rsidR="00862163" w:rsidRPr="00862163" w:rsidRDefault="00862163" w:rsidP="0082652A">
      <w:pPr>
        <w:pStyle w:val="Listanumerowana"/>
        <w:numPr>
          <w:ilvl w:val="0"/>
          <w:numId w:val="0"/>
        </w:numPr>
        <w:spacing w:after="0"/>
        <w:ind w:left="360"/>
        <w:jc w:val="both"/>
        <w:rPr>
          <w:rFonts w:cs="Arial"/>
          <w:sz w:val="22"/>
        </w:rPr>
      </w:pPr>
      <w:r w:rsidRPr="00862163">
        <w:rPr>
          <w:rFonts w:cs="Arial"/>
          <w:sz w:val="22"/>
        </w:rPr>
        <w:t xml:space="preserve">może spowodować pożar lub wypadek. </w:t>
      </w:r>
    </w:p>
    <w:p w:rsidR="00862163" w:rsidRPr="00862163" w:rsidRDefault="00862163" w:rsidP="0082652A">
      <w:pPr>
        <w:pStyle w:val="Listanumerowana"/>
        <w:numPr>
          <w:ilvl w:val="0"/>
          <w:numId w:val="14"/>
        </w:numPr>
        <w:spacing w:after="0"/>
        <w:rPr>
          <w:rFonts w:cs="Arial"/>
          <w:sz w:val="22"/>
        </w:rPr>
      </w:pPr>
      <w:r w:rsidRPr="00862163">
        <w:rPr>
          <w:rFonts w:cs="Arial"/>
          <w:sz w:val="22"/>
        </w:rPr>
        <w:t>Nauczyciel zabiera wykaz obecności, środek łączności i przygotowane produkty lecznicze</w:t>
      </w:r>
    </w:p>
    <w:p w:rsidR="00862163" w:rsidRPr="00862163" w:rsidRDefault="00862163" w:rsidP="0082652A">
      <w:pPr>
        <w:pStyle w:val="Listanumerowana"/>
        <w:numPr>
          <w:ilvl w:val="0"/>
          <w:numId w:val="0"/>
        </w:numPr>
        <w:spacing w:after="0"/>
        <w:ind w:left="360" w:hanging="360"/>
        <w:jc w:val="both"/>
        <w:rPr>
          <w:rFonts w:cs="Arial"/>
          <w:sz w:val="22"/>
        </w:rPr>
      </w:pPr>
      <w:r w:rsidRPr="00862163">
        <w:rPr>
          <w:rFonts w:cs="Arial"/>
          <w:sz w:val="22"/>
        </w:rPr>
        <w:t xml:space="preserve">      dla osób pozostających pod jego opieką.</w:t>
      </w:r>
    </w:p>
    <w:p w:rsidR="00862163" w:rsidRPr="00862163" w:rsidRDefault="00862163" w:rsidP="0082652A">
      <w:pPr>
        <w:pStyle w:val="Listanumerowana"/>
        <w:spacing w:after="0"/>
        <w:rPr>
          <w:rFonts w:cs="Arial"/>
          <w:sz w:val="22"/>
        </w:rPr>
      </w:pPr>
      <w:r w:rsidRPr="00862163">
        <w:rPr>
          <w:rFonts w:cs="Arial"/>
          <w:sz w:val="22"/>
        </w:rPr>
        <w:t xml:space="preserve">Nauczyciel odpowiada za uczniów pozostających pod jego opieką. Uczniowie spokojnie opuszczają </w:t>
      </w:r>
      <w:r w:rsidRPr="007F556E">
        <w:rPr>
          <w:rFonts w:cs="Arial"/>
          <w:sz w:val="22"/>
        </w:rPr>
        <w:t>pomieszczenia wskazaną drogą, nie wracają po rzeczy</w:t>
      </w:r>
      <w:r>
        <w:rPr>
          <w:rFonts w:cs="Arial"/>
          <w:sz w:val="22"/>
        </w:rPr>
        <w:t xml:space="preserve"> </w:t>
      </w:r>
      <w:r w:rsidRPr="007F556E">
        <w:rPr>
          <w:rFonts w:cs="Arial"/>
          <w:sz w:val="22"/>
        </w:rPr>
        <w:t>i nie oddalają się samowolnie od grupy.</w:t>
      </w:r>
    </w:p>
    <w:p w:rsidR="00380CF9" w:rsidRPr="007F556E" w:rsidRDefault="00563214" w:rsidP="0082652A">
      <w:pPr>
        <w:pStyle w:val="Listanumerowana"/>
        <w:spacing w:after="0"/>
        <w:rPr>
          <w:rFonts w:cs="Arial"/>
          <w:sz w:val="22"/>
        </w:rPr>
      </w:pPr>
      <w:r w:rsidRPr="007F556E">
        <w:rPr>
          <w:rFonts w:cs="Arial"/>
          <w:sz w:val="22"/>
        </w:rPr>
        <w:t>Pracownik nie wraca do strefy zagrożenia po brakującego ucznia ani po mienie. Brak osoby zgłasza niezwłocznie osobie kierującej działaniami i służbom.</w:t>
      </w:r>
    </w:p>
    <w:p w:rsidR="00380CF9" w:rsidRDefault="00563214" w:rsidP="0082652A">
      <w:pPr>
        <w:pStyle w:val="Listanumerowana"/>
        <w:spacing w:after="0"/>
        <w:rPr>
          <w:rFonts w:cs="Arial"/>
          <w:sz w:val="22"/>
        </w:rPr>
      </w:pPr>
      <w:r w:rsidRPr="007F556E">
        <w:rPr>
          <w:rFonts w:cs="Arial"/>
          <w:sz w:val="22"/>
        </w:rPr>
        <w:t xml:space="preserve">Po dotarciu do miejsca zbiórki nauczyciel sprawdza stan liczbowy na podstawie dostępnej listy, odnotowuje brakujące osoby i przekazuje meldunek zgodnie </w:t>
      </w:r>
      <w:r w:rsidRPr="00495A9E">
        <w:rPr>
          <w:rFonts w:cs="Arial"/>
          <w:sz w:val="22"/>
        </w:rPr>
        <w:t xml:space="preserve">z załącznikiem nr 2. </w:t>
      </w:r>
      <w:r w:rsidRPr="007F556E">
        <w:rPr>
          <w:rFonts w:cs="Arial"/>
          <w:sz w:val="22"/>
        </w:rPr>
        <w:t>Uczniowie pozostają pod opieką do czasu dalszych poleceń.</w:t>
      </w:r>
    </w:p>
    <w:p w:rsidR="00497278" w:rsidRPr="00524E87" w:rsidRDefault="00497278" w:rsidP="0082652A">
      <w:pPr>
        <w:pStyle w:val="Listanumerowana"/>
        <w:rPr>
          <w:sz w:val="22"/>
          <w:lang w:eastAsia="pl-PL"/>
        </w:rPr>
      </w:pPr>
      <w:r w:rsidRPr="005661BD">
        <w:rPr>
          <w:sz w:val="22"/>
          <w:lang w:eastAsia="pl-PL"/>
        </w:rPr>
        <w:t>W niniejszej Procedurze szczegółow</w:t>
      </w:r>
      <w:r w:rsidR="00676904">
        <w:rPr>
          <w:sz w:val="22"/>
          <w:lang w:eastAsia="pl-PL"/>
        </w:rPr>
        <w:t>a</w:t>
      </w:r>
      <w:r w:rsidRPr="005661BD">
        <w:rPr>
          <w:sz w:val="22"/>
          <w:lang w:eastAsia="pl-PL"/>
        </w:rPr>
        <w:t xml:space="preserve"> lokalizacj</w:t>
      </w:r>
      <w:r w:rsidR="00676904">
        <w:rPr>
          <w:sz w:val="22"/>
          <w:lang w:eastAsia="pl-PL"/>
        </w:rPr>
        <w:t>a</w:t>
      </w:r>
      <w:r w:rsidRPr="005661BD">
        <w:rPr>
          <w:sz w:val="22"/>
          <w:lang w:eastAsia="pl-PL"/>
        </w:rPr>
        <w:t xml:space="preserve"> miejsc zbiórki</w:t>
      </w:r>
      <w:r w:rsidR="00676904">
        <w:rPr>
          <w:sz w:val="22"/>
          <w:lang w:eastAsia="pl-PL"/>
        </w:rPr>
        <w:t xml:space="preserve"> </w:t>
      </w:r>
      <w:r w:rsidRPr="005661BD">
        <w:rPr>
          <w:sz w:val="22"/>
          <w:lang w:eastAsia="pl-PL"/>
        </w:rPr>
        <w:t>może wymagać aktualizacji w związku ze zmianami organizacyjnymi, technicznymi lub decyzjami właściwych służb.</w:t>
      </w:r>
    </w:p>
    <w:p w:rsidR="00526BA1" w:rsidRPr="005661BD" w:rsidRDefault="00563214" w:rsidP="0082652A">
      <w:pPr>
        <w:spacing w:after="0"/>
        <w:rPr>
          <w:rFonts w:cs="Arial"/>
          <w:sz w:val="22"/>
          <w:highlight w:val="yellow"/>
        </w:rPr>
      </w:pPr>
      <w:r w:rsidRPr="005661BD">
        <w:rPr>
          <w:rFonts w:cs="Arial"/>
          <w:b/>
          <w:sz w:val="22"/>
        </w:rPr>
        <w:t xml:space="preserve">Miejsce zbiórki podstawowe: </w:t>
      </w:r>
      <w:r w:rsidR="00526BA1" w:rsidRPr="005661BD">
        <w:rPr>
          <w:rFonts w:cs="Arial"/>
          <w:sz w:val="22"/>
        </w:rPr>
        <w:t xml:space="preserve">boisko szkolne </w:t>
      </w:r>
    </w:p>
    <w:p w:rsidR="00380CF9" w:rsidRPr="005661BD" w:rsidRDefault="00563214" w:rsidP="0082652A">
      <w:pPr>
        <w:spacing w:after="120"/>
        <w:rPr>
          <w:rFonts w:cs="Arial"/>
          <w:sz w:val="22"/>
        </w:rPr>
      </w:pPr>
      <w:r w:rsidRPr="005661BD">
        <w:rPr>
          <w:rFonts w:cs="Arial"/>
          <w:b/>
          <w:sz w:val="22"/>
        </w:rPr>
        <w:t>Miejsce zbiórki alternatywne:</w:t>
      </w:r>
      <w:r w:rsidR="00526BA1" w:rsidRPr="005661BD">
        <w:rPr>
          <w:rFonts w:cs="Arial"/>
          <w:b/>
          <w:sz w:val="22"/>
        </w:rPr>
        <w:t xml:space="preserve"> </w:t>
      </w:r>
      <w:r w:rsidR="00526BA1" w:rsidRPr="005661BD">
        <w:rPr>
          <w:rFonts w:cs="Arial"/>
          <w:sz w:val="22"/>
        </w:rPr>
        <w:t>teren zielony przy placu zabaw</w:t>
      </w:r>
    </w:p>
    <w:p w:rsidR="00C62916" w:rsidRPr="007F556E" w:rsidRDefault="00563214" w:rsidP="0082652A">
      <w:pPr>
        <w:spacing w:after="0"/>
        <w:rPr>
          <w:rFonts w:cs="Arial"/>
          <w:color w:val="C00000"/>
          <w:sz w:val="22"/>
          <w:highlight w:val="yellow"/>
        </w:rPr>
      </w:pPr>
      <w:r w:rsidRPr="007F556E">
        <w:rPr>
          <w:rFonts w:cs="Arial"/>
          <w:b/>
          <w:sz w:val="22"/>
        </w:rPr>
        <w:t xml:space="preserve">Osoba zbierająca meldunki od nauczycieli: </w:t>
      </w:r>
      <w:r w:rsidR="00C62916" w:rsidRPr="007F556E">
        <w:rPr>
          <w:rFonts w:cs="Arial"/>
          <w:sz w:val="22"/>
        </w:rPr>
        <w:t>p. Krzysztof Zagórski</w:t>
      </w:r>
      <w:r w:rsidR="003D1EA9">
        <w:rPr>
          <w:rFonts w:cs="Arial"/>
          <w:sz w:val="22"/>
        </w:rPr>
        <w:t xml:space="preserve"> – koordynator ds. obrony cywilnej, nauczyciel</w:t>
      </w:r>
      <w:r w:rsidR="005661BD">
        <w:rPr>
          <w:rFonts w:cs="Arial"/>
          <w:sz w:val="22"/>
        </w:rPr>
        <w:t>, p. Renata Langier – nauczyciel, wychowawca w świetlicy szkolnej.</w:t>
      </w:r>
    </w:p>
    <w:p w:rsidR="00380CF9" w:rsidRPr="007F556E" w:rsidRDefault="00563214" w:rsidP="0082652A">
      <w:pPr>
        <w:spacing w:after="120"/>
        <w:rPr>
          <w:rFonts w:cs="Arial"/>
          <w:sz w:val="22"/>
        </w:rPr>
      </w:pPr>
      <w:r w:rsidRPr="007F556E">
        <w:rPr>
          <w:rFonts w:cs="Arial"/>
          <w:b/>
          <w:sz w:val="22"/>
        </w:rPr>
        <w:t>Osoba sprawdzająca stan osób niebędących uczniami:</w:t>
      </w:r>
      <w:r w:rsidR="00160367" w:rsidRPr="007F556E">
        <w:rPr>
          <w:rFonts w:cs="Arial"/>
          <w:b/>
          <w:sz w:val="22"/>
        </w:rPr>
        <w:t xml:space="preserve"> </w:t>
      </w:r>
      <w:r w:rsidR="00160367" w:rsidRPr="007F556E">
        <w:rPr>
          <w:rFonts w:cs="Arial"/>
          <w:sz w:val="22"/>
        </w:rPr>
        <w:t xml:space="preserve">p. </w:t>
      </w:r>
      <w:r w:rsidR="005661BD">
        <w:rPr>
          <w:rFonts w:cs="Arial"/>
          <w:sz w:val="22"/>
        </w:rPr>
        <w:t>Agata Mika – nauczyciel, p. Magdalena Adamus – nauczyciel współorganizujący proces kształcenia.</w:t>
      </w:r>
    </w:p>
    <w:p w:rsidR="00380CF9" w:rsidRPr="007F556E" w:rsidRDefault="00563214" w:rsidP="0082652A">
      <w:pPr>
        <w:pStyle w:val="Listanumerowana"/>
        <w:spacing w:after="120"/>
        <w:rPr>
          <w:rFonts w:cs="Arial"/>
          <w:sz w:val="22"/>
        </w:rPr>
      </w:pPr>
      <w:r w:rsidRPr="007F556E">
        <w:rPr>
          <w:rFonts w:cs="Arial"/>
          <w:sz w:val="22"/>
        </w:rPr>
        <w:t>Nie wolno blokować dojazdu służbom ratowniczym. Do budynku nie wolno wracać do czasu uzyskania zgody osoby kierującej działaniami lub służb.</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5. Ewakuacja podczas przerw międzylekcyjnych</w:t>
      </w:r>
    </w:p>
    <w:p w:rsidR="00380CF9" w:rsidRPr="009C4012" w:rsidRDefault="00563214" w:rsidP="0082652A">
      <w:pPr>
        <w:pStyle w:val="Listanumerowana"/>
        <w:numPr>
          <w:ilvl w:val="0"/>
          <w:numId w:val="15"/>
        </w:numPr>
        <w:spacing w:after="0"/>
        <w:rPr>
          <w:rFonts w:cs="Arial"/>
          <w:sz w:val="22"/>
        </w:rPr>
      </w:pPr>
      <w:r w:rsidRPr="009C4012">
        <w:rPr>
          <w:rFonts w:cs="Arial"/>
          <w:sz w:val="22"/>
        </w:rPr>
        <w:t xml:space="preserve">Nauczyciele pełniący dyżur kierują uczniów do najbliższej bezpiecznej drogi ewakuacyjnej zgodnej z planem, wydają krótkie polecenia i zapobiegają panice. W miarę możliwości kierują uczniów </w:t>
      </w:r>
      <w:r w:rsidR="00495A9E" w:rsidRPr="009C4012">
        <w:rPr>
          <w:rFonts w:cs="Arial"/>
          <w:sz w:val="22"/>
        </w:rPr>
        <w:br/>
      </w:r>
      <w:r w:rsidRPr="009C4012">
        <w:rPr>
          <w:rFonts w:cs="Arial"/>
          <w:sz w:val="22"/>
        </w:rPr>
        <w:t>z dala od strefy zagrożenia.</w:t>
      </w:r>
    </w:p>
    <w:p w:rsidR="00380CF9" w:rsidRPr="007F556E" w:rsidRDefault="00563214" w:rsidP="0082652A">
      <w:pPr>
        <w:pStyle w:val="Listanumerowana"/>
        <w:spacing w:after="0"/>
        <w:rPr>
          <w:rFonts w:cs="Arial"/>
          <w:sz w:val="22"/>
        </w:rPr>
      </w:pPr>
      <w:r w:rsidRPr="007F556E">
        <w:rPr>
          <w:rFonts w:cs="Arial"/>
          <w:sz w:val="22"/>
        </w:rPr>
        <w:t>Nauczyciele, którzy mają rozpocząć następną lekcję, udają się do przydzielonej sali lub miejsca pobytu uczniów, przejmują nad nimi opiekę i prowadzą grupę zgodnie z planem. Nie należy kierować uczniów do sali, jeśli znajduje się ona w strefie zagrożenia.</w:t>
      </w:r>
    </w:p>
    <w:p w:rsidR="00380CF9" w:rsidRPr="007F556E" w:rsidRDefault="00563214" w:rsidP="0082652A">
      <w:pPr>
        <w:pStyle w:val="Listanumerowana"/>
        <w:spacing w:after="0"/>
        <w:rPr>
          <w:rFonts w:cs="Arial"/>
          <w:sz w:val="22"/>
        </w:rPr>
      </w:pPr>
      <w:r w:rsidRPr="007F556E">
        <w:rPr>
          <w:rFonts w:cs="Arial"/>
          <w:sz w:val="22"/>
        </w:rPr>
        <w:t>Każdy pracownik, który zauważy ucznia pozostającego bez opieki, m.in. w toalecie, szatni, bibliotece, świetlicy lub na półpiętrze, pomaga mu dołączyć do bezpiecznie przemieszczanej grupy, o ile nie naraża to nikogo na dodatkowe niebezpieczeństwo.</w:t>
      </w:r>
    </w:p>
    <w:p w:rsidR="00380CF9" w:rsidRPr="007F556E" w:rsidRDefault="00563214" w:rsidP="0082652A">
      <w:pPr>
        <w:pStyle w:val="Listanumerowana"/>
        <w:spacing w:after="0"/>
        <w:rPr>
          <w:rFonts w:cs="Arial"/>
          <w:sz w:val="22"/>
        </w:rPr>
      </w:pPr>
      <w:r w:rsidRPr="007F556E">
        <w:rPr>
          <w:rFonts w:cs="Arial"/>
          <w:sz w:val="22"/>
        </w:rPr>
        <w:t xml:space="preserve">Pracownicy administracji i obsługi wykonują zadania przypisane </w:t>
      </w:r>
      <w:r w:rsidRPr="00495A9E">
        <w:rPr>
          <w:rFonts w:cs="Arial"/>
          <w:sz w:val="22"/>
        </w:rPr>
        <w:t xml:space="preserve">im w załączniku nr 4. </w:t>
      </w:r>
      <w:r w:rsidRPr="007F556E">
        <w:rPr>
          <w:rFonts w:cs="Arial"/>
          <w:sz w:val="22"/>
        </w:rPr>
        <w:t>Nie zamyka się drzwi ani nie podejmuje innych czynności, które mogą utrudnić ewakuację.</w:t>
      </w:r>
    </w:p>
    <w:p w:rsidR="00545DBB" w:rsidRPr="007F556E" w:rsidRDefault="00563214" w:rsidP="0082652A">
      <w:pPr>
        <w:spacing w:after="0"/>
        <w:rPr>
          <w:rFonts w:cs="Arial"/>
          <w:color w:val="C00000"/>
          <w:sz w:val="22"/>
          <w:highlight w:val="yellow"/>
        </w:rPr>
      </w:pPr>
      <w:r w:rsidRPr="007F556E">
        <w:rPr>
          <w:rFonts w:cs="Arial"/>
          <w:b/>
          <w:sz w:val="22"/>
        </w:rPr>
        <w:t xml:space="preserve">Miejsca / strefy objęte dyżurem: </w:t>
      </w:r>
      <w:r w:rsidR="00545DBB" w:rsidRPr="007F556E">
        <w:rPr>
          <w:rFonts w:cs="Arial"/>
          <w:sz w:val="22"/>
        </w:rPr>
        <w:t>korytarz dolny, pierwsze piętro</w:t>
      </w:r>
      <w:r w:rsidR="009C4012">
        <w:rPr>
          <w:rFonts w:cs="Arial"/>
          <w:sz w:val="22"/>
        </w:rPr>
        <w:t>, piwnica.</w:t>
      </w:r>
    </w:p>
    <w:p w:rsidR="00380CF9" w:rsidRPr="007F556E" w:rsidRDefault="00563214" w:rsidP="0082652A">
      <w:pPr>
        <w:spacing w:after="120"/>
        <w:rPr>
          <w:rFonts w:cs="Arial"/>
          <w:sz w:val="22"/>
        </w:rPr>
      </w:pPr>
      <w:r w:rsidRPr="007F556E">
        <w:rPr>
          <w:rFonts w:cs="Arial"/>
          <w:b/>
          <w:sz w:val="22"/>
        </w:rPr>
        <w:t>Gdzie dostępny jest harmonogram dyżurów</w:t>
      </w:r>
      <w:r w:rsidR="00C77D56" w:rsidRPr="007F556E">
        <w:rPr>
          <w:rFonts w:cs="Arial"/>
          <w:b/>
          <w:sz w:val="22"/>
        </w:rPr>
        <w:t xml:space="preserve">: </w:t>
      </w:r>
      <w:r w:rsidR="00C77D56" w:rsidRPr="007F556E">
        <w:rPr>
          <w:rFonts w:cs="Arial"/>
          <w:sz w:val="22"/>
        </w:rPr>
        <w:t>w pokoju nauczycielskim na piętrze, w gabinecie dyrektora szkoły.</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6. Postępowanie w szczególnych sytuacjach</w:t>
      </w:r>
    </w:p>
    <w:p w:rsidR="00380CF9" w:rsidRPr="009C4012" w:rsidRDefault="00563214" w:rsidP="0082652A">
      <w:pPr>
        <w:pStyle w:val="Listanumerowana"/>
        <w:numPr>
          <w:ilvl w:val="0"/>
          <w:numId w:val="16"/>
        </w:numPr>
        <w:spacing w:after="0"/>
        <w:rPr>
          <w:rFonts w:cs="Arial"/>
          <w:sz w:val="22"/>
        </w:rPr>
      </w:pPr>
      <w:r w:rsidRPr="009C4012">
        <w:rPr>
          <w:rFonts w:cs="Arial"/>
          <w:sz w:val="22"/>
        </w:rPr>
        <w:t>Pożar, dym lub wybuch: uruchomić alarm zgodnie z ustaleniami, powiadomić dyrektora i wezwać służby pod numerem 112; ewakuować się drogą nieprowadzącą przez strefę zagrożenia. Nie wchodzić do zadymionych pomieszczeń.</w:t>
      </w:r>
    </w:p>
    <w:p w:rsidR="00380CF9" w:rsidRPr="007F556E" w:rsidRDefault="00563214" w:rsidP="0082652A">
      <w:pPr>
        <w:pStyle w:val="Listanumerowana"/>
        <w:spacing w:after="0"/>
        <w:rPr>
          <w:rFonts w:cs="Arial"/>
          <w:sz w:val="22"/>
        </w:rPr>
      </w:pPr>
      <w:r w:rsidRPr="007F556E">
        <w:rPr>
          <w:rFonts w:cs="Arial"/>
          <w:sz w:val="22"/>
        </w:rPr>
        <w:t>Podejrzany przedmiot lub zagrożenie bombowe: nie dotykać, nie przenosić i nie otwierać przedmiotu; oddalić osoby od miejsca, powiadomić dyrektora i służby pod numerem 112; stosować się do ich poleceń.</w:t>
      </w:r>
    </w:p>
    <w:p w:rsidR="00380CF9" w:rsidRPr="007F556E" w:rsidRDefault="00563214" w:rsidP="0082652A">
      <w:pPr>
        <w:pStyle w:val="Listanumerowana"/>
        <w:spacing w:after="0"/>
        <w:rPr>
          <w:rFonts w:cs="Arial"/>
          <w:sz w:val="22"/>
        </w:rPr>
      </w:pPr>
      <w:r w:rsidRPr="007F556E">
        <w:rPr>
          <w:rFonts w:cs="Arial"/>
          <w:sz w:val="22"/>
        </w:rPr>
        <w:t>Osoba niebezpieczna, wtargnięcie lub zagrożenie użyciem przemocy: powiadomić Policję pod numerem 112, jeżeli można to zrobić bezpiecznie. W zależności od sytuacji opuścić zagrożoną strefę albo zamknąć się w bezpiecznym pomieszczeniu, zachować ciszę i wykonywać polecenia służb.</w:t>
      </w:r>
    </w:p>
    <w:p w:rsidR="00380CF9" w:rsidRPr="007F556E" w:rsidRDefault="00563214" w:rsidP="0082652A">
      <w:pPr>
        <w:pStyle w:val="Listanumerowana"/>
        <w:spacing w:after="0"/>
        <w:rPr>
          <w:rFonts w:cs="Arial"/>
          <w:sz w:val="22"/>
        </w:rPr>
      </w:pPr>
      <w:r w:rsidRPr="007F556E">
        <w:rPr>
          <w:rFonts w:cs="Arial"/>
          <w:sz w:val="22"/>
        </w:rPr>
        <w:t>Skażenie chemiczne, biologiczne lub radiologiczne: stosować się do komunikatów właściwych organów. Okna, drzwi i wentylację zabezpieczać zgodnie z rodzajem zagrożenia i poleceniami służb; nie dotykać ani nie usuwać nieznanych substancji.</w:t>
      </w:r>
    </w:p>
    <w:p w:rsidR="00380CF9" w:rsidRPr="007F556E" w:rsidRDefault="00563214" w:rsidP="0082652A">
      <w:pPr>
        <w:pStyle w:val="Listanumerowana"/>
        <w:spacing w:after="0"/>
        <w:rPr>
          <w:rFonts w:cs="Arial"/>
          <w:sz w:val="22"/>
        </w:rPr>
      </w:pPr>
      <w:r w:rsidRPr="007F556E">
        <w:rPr>
          <w:rFonts w:cs="Arial"/>
          <w:sz w:val="22"/>
        </w:rPr>
        <w:t>Awarie techniczne, gaz, brak mediów, uszkodzenie konstrukcji, podtopienie lub ekstremalna pogoda: powiadomić dyrektora; odsunąć osoby od zagrożonego miejsca, wyłączyć strefę z użytkowania, jeżeli to konieczne, i ewakuować lub przemieścić osoby zgodnie z oceną sytuacji i poleceniami służb.</w:t>
      </w:r>
    </w:p>
    <w:p w:rsidR="006C2618" w:rsidRPr="006C2618" w:rsidRDefault="006C2618" w:rsidP="0082652A">
      <w:pPr>
        <w:pStyle w:val="Listanumerowana"/>
        <w:spacing w:after="0"/>
        <w:jc w:val="both"/>
        <w:rPr>
          <w:rFonts w:cs="Arial"/>
          <w:sz w:val="22"/>
        </w:rPr>
      </w:pPr>
      <w:r w:rsidRPr="006C2618">
        <w:rPr>
          <w:rFonts w:cs="Arial"/>
          <w:sz w:val="22"/>
        </w:rPr>
        <w:t>Pierwszej pomocy udziela się po sprawdzeniu, że miejsce jest bezpieczne. Należy wezwać pomoc</w:t>
      </w:r>
    </w:p>
    <w:p w:rsidR="006C2618" w:rsidRPr="006C2618" w:rsidRDefault="006C2618" w:rsidP="0082652A">
      <w:pPr>
        <w:pStyle w:val="Listanumerowana"/>
        <w:numPr>
          <w:ilvl w:val="0"/>
          <w:numId w:val="0"/>
        </w:numPr>
        <w:spacing w:after="0"/>
        <w:ind w:left="360"/>
        <w:rPr>
          <w:rFonts w:cs="Arial"/>
          <w:sz w:val="22"/>
        </w:rPr>
      </w:pPr>
      <w:r w:rsidRPr="006C2618">
        <w:rPr>
          <w:rFonts w:cs="Arial"/>
          <w:sz w:val="22"/>
        </w:rPr>
        <w:t>pod numerem 112 i wykonywać polecenia dyspozytora. Osoba udzielająca pomocy działa</w:t>
      </w:r>
    </w:p>
    <w:p w:rsidR="006C2618" w:rsidRPr="006C2618" w:rsidRDefault="006C2618" w:rsidP="0082652A">
      <w:pPr>
        <w:pStyle w:val="Listanumerowana"/>
        <w:numPr>
          <w:ilvl w:val="0"/>
          <w:numId w:val="0"/>
        </w:numPr>
        <w:spacing w:after="0"/>
        <w:ind w:left="360"/>
        <w:rPr>
          <w:rFonts w:cs="Arial"/>
          <w:sz w:val="22"/>
        </w:rPr>
      </w:pPr>
      <w:r w:rsidRPr="006C2618">
        <w:rPr>
          <w:rFonts w:cs="Arial"/>
          <w:sz w:val="22"/>
        </w:rPr>
        <w:t>w zakresie swoich umiejętności. Zapisuje dane poszkodowanego, czas zdarzenia, wykonane</w:t>
      </w:r>
    </w:p>
    <w:p w:rsidR="006C2618" w:rsidRPr="006C2618" w:rsidRDefault="006C2618" w:rsidP="0082652A">
      <w:pPr>
        <w:pStyle w:val="Listanumerowana"/>
        <w:numPr>
          <w:ilvl w:val="0"/>
          <w:numId w:val="0"/>
        </w:numPr>
        <w:spacing w:after="0"/>
        <w:ind w:left="360"/>
        <w:rPr>
          <w:rFonts w:cs="Arial"/>
          <w:sz w:val="22"/>
        </w:rPr>
      </w:pPr>
      <w:r w:rsidRPr="006C2618">
        <w:rPr>
          <w:rFonts w:cs="Arial"/>
          <w:sz w:val="22"/>
        </w:rPr>
        <w:t>czynności i podane produkty lecznicze, a następnie przekazuje informacje zespołowi ratownictwa</w:t>
      </w:r>
    </w:p>
    <w:p w:rsidR="006C2618" w:rsidRPr="006C2618" w:rsidRDefault="006C2618" w:rsidP="0082652A">
      <w:pPr>
        <w:pStyle w:val="Listanumerowana"/>
        <w:numPr>
          <w:ilvl w:val="0"/>
          <w:numId w:val="0"/>
        </w:numPr>
        <w:spacing w:after="0"/>
        <w:ind w:left="360"/>
        <w:rPr>
          <w:rFonts w:cs="Arial"/>
          <w:sz w:val="22"/>
        </w:rPr>
      </w:pPr>
      <w:r w:rsidRPr="006C2618">
        <w:rPr>
          <w:rFonts w:cs="Arial"/>
          <w:sz w:val="22"/>
        </w:rPr>
        <w:t>medycznego.</w:t>
      </w:r>
    </w:p>
    <w:p w:rsidR="00380CF9" w:rsidRPr="007F556E" w:rsidRDefault="00563214" w:rsidP="0082652A">
      <w:pPr>
        <w:pStyle w:val="Listanumerowana"/>
        <w:spacing w:after="120"/>
        <w:rPr>
          <w:rFonts w:cs="Arial"/>
          <w:sz w:val="22"/>
        </w:rPr>
      </w:pPr>
      <w:r w:rsidRPr="007F556E">
        <w:rPr>
          <w:rFonts w:cs="Arial"/>
          <w:sz w:val="22"/>
        </w:rPr>
        <w:t xml:space="preserve"> Pierwszej pomocy udzielają osoby w zakresie posiadanych umiejętności i przeszkolenia.</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7. Reagowanie na komunikat o zagrożeniu z powietrza i alarm dla ludności</w:t>
      </w:r>
    </w:p>
    <w:p w:rsidR="00380CF9" w:rsidRPr="00612AE3" w:rsidRDefault="00563214" w:rsidP="0082652A">
      <w:pPr>
        <w:pStyle w:val="Listanumerowana"/>
        <w:numPr>
          <w:ilvl w:val="0"/>
          <w:numId w:val="17"/>
        </w:numPr>
        <w:spacing w:after="0"/>
        <w:rPr>
          <w:rFonts w:cs="Arial"/>
          <w:sz w:val="22"/>
        </w:rPr>
      </w:pPr>
      <w:r w:rsidRPr="00612AE3">
        <w:rPr>
          <w:rFonts w:cs="Arial"/>
          <w:sz w:val="22"/>
        </w:rPr>
        <w:t>Przed wystąpieniem zagrożenia szkoła uzgadnia z organem prowadzącym, właścicielem lub zarządcą budynku oraz właściwym organem ochrony ludności możliwość wykorzystania pomieszczeń do czasowego schronienia. Dyrektor nie nadaje samodzielnie budynkowi ani pomieszczeniu statusu schronu, ukrycia, miejsca doraźnego schronienia ani punktu schronienia.</w:t>
      </w:r>
    </w:p>
    <w:p w:rsidR="00380CF9" w:rsidRPr="007F556E" w:rsidRDefault="00563214" w:rsidP="0082652A">
      <w:pPr>
        <w:pStyle w:val="Listanumerowana"/>
        <w:spacing w:after="0"/>
        <w:rPr>
          <w:rFonts w:cs="Arial"/>
          <w:sz w:val="22"/>
        </w:rPr>
      </w:pPr>
      <w:r w:rsidRPr="007F556E">
        <w:rPr>
          <w:rFonts w:cs="Arial"/>
          <w:sz w:val="22"/>
        </w:rPr>
        <w:t xml:space="preserve">Po otrzymaniu oficjalnego komunikatu lub ogłoszeniu alarmu pracownicy niezwłocznie przerywają zajęcia i kierują uczniów oraz osoby pozostające pod ich opieką do wcześniej ustalonego miejsca wewnątrz budynku, zgodnie z przydziałem grup i drogami opisanymi w załącznikach. Nie planuje się przeprowadzania dzieci przez otwartą przestrzeń po ogłoszeniu alarmu związanego </w:t>
      </w:r>
      <w:r w:rsidR="009C4012">
        <w:rPr>
          <w:rFonts w:cs="Arial"/>
          <w:sz w:val="22"/>
        </w:rPr>
        <w:br/>
      </w:r>
      <w:r w:rsidRPr="007F556E">
        <w:rPr>
          <w:rFonts w:cs="Arial"/>
          <w:sz w:val="22"/>
        </w:rPr>
        <w:t>z zagrożeniem z powietrza.</w:t>
      </w:r>
    </w:p>
    <w:p w:rsidR="00380CF9" w:rsidRPr="007F556E" w:rsidRDefault="00563214" w:rsidP="0082652A">
      <w:pPr>
        <w:pStyle w:val="Listanumerowana"/>
        <w:spacing w:after="0"/>
        <w:rPr>
          <w:rFonts w:cs="Arial"/>
          <w:sz w:val="22"/>
        </w:rPr>
      </w:pPr>
      <w:r w:rsidRPr="007F556E">
        <w:rPr>
          <w:rFonts w:cs="Arial"/>
          <w:sz w:val="22"/>
        </w:rPr>
        <w:t xml:space="preserve">Jeżeli grupa znajduje się na boisku lub innym terenie zewnętrznym, pracownik kieruje ją do najbliższego bezpiecznego, dostępnego miejsca zgodnie z wcześniej uzgodnionym wariantem </w:t>
      </w:r>
      <w:r w:rsidR="009C4012">
        <w:rPr>
          <w:rFonts w:cs="Arial"/>
          <w:sz w:val="22"/>
        </w:rPr>
        <w:br/>
      </w:r>
      <w:r w:rsidRPr="007F556E">
        <w:rPr>
          <w:rFonts w:cs="Arial"/>
          <w:sz w:val="22"/>
        </w:rPr>
        <w:t xml:space="preserve">i oficjalnymi komunikatami. Jeżeli nie można bezpiecznie wejść do budynku, należy wykorzystać najbliższą trwałą osłonę, przyjąć pozycję niską i osłonić głowę oraz kark, o ile jest to zgodne </w:t>
      </w:r>
      <w:r w:rsidR="009C4012">
        <w:rPr>
          <w:rFonts w:cs="Arial"/>
          <w:sz w:val="22"/>
        </w:rPr>
        <w:br/>
      </w:r>
      <w:r w:rsidRPr="007F556E">
        <w:rPr>
          <w:rFonts w:cs="Arial"/>
          <w:sz w:val="22"/>
        </w:rPr>
        <w:t>z poleceniami służb i charakterem zagrożenia.</w:t>
      </w:r>
    </w:p>
    <w:p w:rsidR="00380CF9" w:rsidRPr="007F556E" w:rsidRDefault="00563214" w:rsidP="0082652A">
      <w:pPr>
        <w:pStyle w:val="Listanumerowana"/>
        <w:spacing w:after="0"/>
        <w:rPr>
          <w:rFonts w:cs="Arial"/>
          <w:sz w:val="22"/>
        </w:rPr>
      </w:pPr>
      <w:r w:rsidRPr="007F556E">
        <w:rPr>
          <w:rFonts w:cs="Arial"/>
          <w:sz w:val="22"/>
        </w:rPr>
        <w:t>W miejscu schronienia nauczyciel sprawdza obecność, zapewnia opiekę, ogranicza przemieszczanie się i przekazuje meldunek koordynatorowi. Nikt nie opuszcza miejsca bez polecenia osoby kierującej działaniami lub służb.</w:t>
      </w:r>
    </w:p>
    <w:p w:rsidR="00380CF9" w:rsidRPr="007F556E" w:rsidRDefault="00563214" w:rsidP="0082652A">
      <w:pPr>
        <w:pStyle w:val="Listanumerowana"/>
        <w:spacing w:after="0"/>
        <w:rPr>
          <w:rFonts w:cs="Arial"/>
          <w:sz w:val="22"/>
        </w:rPr>
      </w:pPr>
      <w:r w:rsidRPr="007F556E">
        <w:rPr>
          <w:rFonts w:cs="Arial"/>
          <w:sz w:val="22"/>
        </w:rPr>
        <w:t>Jeżeli budynek stwarza bezpośrednie zagrożenie dla życia lub zdrowia albo służby nakażą jego opuszczenie, należy postępować zgodnie z ich poleceniami i wskazaną bezpieczną drogą.</w:t>
      </w:r>
    </w:p>
    <w:p w:rsidR="00380CF9" w:rsidRPr="007F556E" w:rsidRDefault="00563214" w:rsidP="0082652A">
      <w:pPr>
        <w:pStyle w:val="Listanumerowana"/>
        <w:spacing w:after="0"/>
        <w:rPr>
          <w:rFonts w:cs="Arial"/>
          <w:sz w:val="22"/>
        </w:rPr>
      </w:pPr>
      <w:r w:rsidRPr="007F556E">
        <w:rPr>
          <w:rFonts w:cs="Arial"/>
          <w:sz w:val="22"/>
        </w:rPr>
        <w:t>Po odwołaniu alarmu nie należy automatycznie wracać do zwykłego trybu pracy. Dyrektor lub służby potwierdzają możliwość dalszego korzystania z pomieszczeń i określają sposób wznowienia zajęć, przemieszczania grup lub przekazania uczniów rodzicom.</w:t>
      </w:r>
    </w:p>
    <w:p w:rsidR="005F6841" w:rsidRPr="007F556E" w:rsidRDefault="00563214" w:rsidP="0082652A">
      <w:pPr>
        <w:spacing w:after="0"/>
        <w:rPr>
          <w:rFonts w:cs="Arial"/>
          <w:sz w:val="22"/>
        </w:rPr>
      </w:pPr>
      <w:r w:rsidRPr="007F556E">
        <w:rPr>
          <w:rFonts w:cs="Arial"/>
          <w:b/>
          <w:sz w:val="22"/>
        </w:rPr>
        <w:t>Źródła oficjalnych komunikatów monitorowane przez szkołę:</w:t>
      </w:r>
      <w:r w:rsidR="005F6841" w:rsidRPr="007F556E">
        <w:rPr>
          <w:rFonts w:cs="Arial"/>
          <w:sz w:val="22"/>
        </w:rPr>
        <w:t xml:space="preserve"> Alert RCB,</w:t>
      </w:r>
      <w:r w:rsidR="00687A69" w:rsidRPr="007F556E">
        <w:rPr>
          <w:rFonts w:cs="Arial"/>
          <w:sz w:val="22"/>
        </w:rPr>
        <w:t xml:space="preserve"> komunikaty służb – odpowiedzialna p. Jolanta Kopanicka</w:t>
      </w:r>
    </w:p>
    <w:p w:rsidR="00687A69" w:rsidRPr="007F556E" w:rsidRDefault="00563214" w:rsidP="0082652A">
      <w:pPr>
        <w:spacing w:after="0"/>
        <w:rPr>
          <w:rFonts w:cs="Arial"/>
          <w:sz w:val="22"/>
        </w:rPr>
      </w:pPr>
      <w:r w:rsidRPr="007F556E">
        <w:rPr>
          <w:rFonts w:cs="Arial"/>
          <w:b/>
          <w:sz w:val="22"/>
        </w:rPr>
        <w:t xml:space="preserve">Osoba koordynująca przemieszczenie do miejsc schronienia: </w:t>
      </w:r>
      <w:r w:rsidR="00687A69" w:rsidRPr="007F556E">
        <w:rPr>
          <w:rFonts w:cs="Arial"/>
          <w:sz w:val="22"/>
        </w:rPr>
        <w:t xml:space="preserve">p. Krzysztof Zagórski – koordynator ds. </w:t>
      </w:r>
      <w:r w:rsidR="007F556E" w:rsidRPr="007F556E">
        <w:rPr>
          <w:rFonts w:cs="Arial"/>
          <w:sz w:val="22"/>
        </w:rPr>
        <w:t>o</w:t>
      </w:r>
      <w:r w:rsidR="00687A69" w:rsidRPr="007F556E">
        <w:rPr>
          <w:rFonts w:cs="Arial"/>
          <w:sz w:val="22"/>
        </w:rPr>
        <w:t>brony cywilnej, nauczyciel/ zastępca- p. Marcin Lewandowski- nauczyciel.</w:t>
      </w:r>
    </w:p>
    <w:p w:rsidR="00380CF9" w:rsidRPr="007F556E" w:rsidRDefault="00563214" w:rsidP="0082652A">
      <w:pPr>
        <w:spacing w:after="120"/>
        <w:rPr>
          <w:rFonts w:cs="Arial"/>
          <w:sz w:val="22"/>
        </w:rPr>
      </w:pPr>
      <w:r w:rsidRPr="007F556E">
        <w:rPr>
          <w:rFonts w:cs="Arial"/>
          <w:b/>
          <w:sz w:val="22"/>
        </w:rPr>
        <w:t>Miejsce przechowywania przydziału grup do pomieszczeń</w:t>
      </w:r>
      <w:r w:rsidR="00463A62" w:rsidRPr="007F556E">
        <w:rPr>
          <w:rFonts w:cs="Arial"/>
          <w:b/>
          <w:sz w:val="22"/>
        </w:rPr>
        <w:t xml:space="preserve">: </w:t>
      </w:r>
      <w:r w:rsidR="00463A62" w:rsidRPr="007F556E">
        <w:rPr>
          <w:rFonts w:cs="Arial"/>
          <w:sz w:val="22"/>
        </w:rPr>
        <w:t xml:space="preserve">wersja hybrydowa: wersja papierowa: </w:t>
      </w:r>
      <w:r w:rsidR="007F556E" w:rsidRPr="007F556E">
        <w:rPr>
          <w:rFonts w:cs="Arial"/>
          <w:sz w:val="22"/>
        </w:rPr>
        <w:t>s</w:t>
      </w:r>
      <w:r w:rsidR="00463A62" w:rsidRPr="007F556E">
        <w:rPr>
          <w:rFonts w:cs="Arial"/>
          <w:sz w:val="22"/>
        </w:rPr>
        <w:t>ekretariat., wersja elektroniczna: chmura sieciowa szkoły.</w:t>
      </w:r>
    </w:p>
    <w:p w:rsidR="008E032E" w:rsidRPr="00676904" w:rsidRDefault="00563214" w:rsidP="0082652A">
      <w:pPr>
        <w:pStyle w:val="Nagwek1"/>
        <w:spacing w:before="0"/>
        <w:rPr>
          <w:rFonts w:ascii="Arial" w:hAnsi="Arial" w:cs="Arial"/>
          <w:sz w:val="22"/>
          <w:szCs w:val="22"/>
        </w:rPr>
      </w:pPr>
      <w:r w:rsidRPr="007F556E">
        <w:rPr>
          <w:rFonts w:ascii="Arial" w:hAnsi="Arial" w:cs="Arial"/>
          <w:sz w:val="22"/>
          <w:szCs w:val="22"/>
        </w:rPr>
        <w:t xml:space="preserve">§ 8. </w:t>
      </w:r>
      <w:r w:rsidR="008E032E">
        <w:rPr>
          <w:rFonts w:ascii="Arial" w:hAnsi="Arial" w:cs="Arial"/>
          <w:sz w:val="22"/>
          <w:szCs w:val="22"/>
        </w:rPr>
        <w:t>Miejsce schronienia I przygotowanie budynku</w:t>
      </w:r>
    </w:p>
    <w:p w:rsidR="00380CF9" w:rsidRPr="00612AE3" w:rsidRDefault="00563214" w:rsidP="0082652A">
      <w:pPr>
        <w:pStyle w:val="Listanumerowana"/>
        <w:numPr>
          <w:ilvl w:val="0"/>
          <w:numId w:val="18"/>
        </w:numPr>
        <w:spacing w:after="0"/>
        <w:rPr>
          <w:rFonts w:cs="Arial"/>
          <w:sz w:val="22"/>
        </w:rPr>
      </w:pPr>
      <w:r w:rsidRPr="00612AE3">
        <w:rPr>
          <w:rFonts w:cs="Arial"/>
          <w:sz w:val="22"/>
        </w:rPr>
        <w:t>Szkoła w pierwszej kolejności ustala możliwość czasowego schronienia w budynku, na podstawie oględzin, dokumentacji i pisemnych uzgodnień z właściwymi podmiotami. O wyborze pomieszczeń, ich pojemności, ograniczeniach i sposobie wykorzystania decydują osoby lub organy właściwe w danym zakresie.</w:t>
      </w:r>
    </w:p>
    <w:p w:rsidR="00380CF9" w:rsidRPr="007F556E" w:rsidRDefault="00563214" w:rsidP="0082652A">
      <w:pPr>
        <w:pStyle w:val="Listanumerowana"/>
        <w:spacing w:after="0"/>
        <w:rPr>
          <w:rFonts w:cs="Arial"/>
          <w:sz w:val="22"/>
        </w:rPr>
      </w:pPr>
      <w:r w:rsidRPr="007F556E">
        <w:rPr>
          <w:rFonts w:cs="Arial"/>
          <w:sz w:val="22"/>
        </w:rPr>
        <w:t>Do czasu formalnego potwierdzenia statusu, dostępności, pojemności i zasad korzystania z danego obiektu nie wolno określać go jako schronu, ukrycia, miejsca doraźnego schronienia ani planować dojścia do niego po ogłoszeniu alarmu związanego z zagrożeniem z powietrza.</w:t>
      </w:r>
    </w:p>
    <w:p w:rsidR="00380CF9" w:rsidRPr="007F556E" w:rsidRDefault="00563214" w:rsidP="0082652A">
      <w:pPr>
        <w:pStyle w:val="Listanumerowana"/>
        <w:spacing w:after="0"/>
        <w:rPr>
          <w:rFonts w:cs="Arial"/>
          <w:sz w:val="22"/>
        </w:rPr>
      </w:pPr>
      <w:r w:rsidRPr="007F556E">
        <w:rPr>
          <w:rFonts w:cs="Arial"/>
          <w:sz w:val="22"/>
        </w:rPr>
        <w:t>Dla każdego zatwierdzonego miejsca określa się dostępność kluczy, drogi podstawowe i zastępcze, przydział grup, maksymalną liczbę osób, wyposażenie i osobę odpowiedzialną. Nie wolno przekraczać potwierdzonej pojemności.</w:t>
      </w:r>
    </w:p>
    <w:p w:rsidR="00380CF9" w:rsidRPr="007F556E" w:rsidRDefault="00563214" w:rsidP="0082652A">
      <w:pPr>
        <w:pStyle w:val="Listanumerowana"/>
        <w:spacing w:after="120"/>
        <w:rPr>
          <w:rFonts w:cs="Arial"/>
          <w:sz w:val="22"/>
        </w:rPr>
      </w:pPr>
      <w:r w:rsidRPr="007F556E">
        <w:rPr>
          <w:rFonts w:cs="Arial"/>
          <w:sz w:val="22"/>
        </w:rPr>
        <w:t>Jeżeli pojemność dostępnych miejsc jest mniejsza od największej przewidywanej liczby osób, dyrektor niezwłocznie informuje organ prowadzący i właściwy organ ochrony ludności oraz uzgadnia dalsze działania. Nie wprowadza się samodzielnie rozwiązań technicznych ani budowlanych wymagających odpowiednich uprawnień.</w:t>
      </w:r>
    </w:p>
    <w:p w:rsidR="00380CF9" w:rsidRPr="00676904" w:rsidRDefault="00563214" w:rsidP="0082652A">
      <w:pPr>
        <w:pStyle w:val="Nagwek1"/>
        <w:spacing w:before="0"/>
        <w:rPr>
          <w:rFonts w:ascii="Arial" w:hAnsi="Arial" w:cs="Arial"/>
          <w:sz w:val="22"/>
          <w:szCs w:val="22"/>
        </w:rPr>
      </w:pPr>
      <w:r w:rsidRPr="007F556E">
        <w:rPr>
          <w:rFonts w:ascii="Arial" w:hAnsi="Arial" w:cs="Arial"/>
          <w:sz w:val="22"/>
          <w:szCs w:val="22"/>
        </w:rPr>
        <w:t>§ 9. Uczniowie wymagający wsparcia</w:t>
      </w:r>
    </w:p>
    <w:p w:rsidR="00380CF9" w:rsidRPr="00676904" w:rsidRDefault="00563214" w:rsidP="0082652A">
      <w:pPr>
        <w:pStyle w:val="Listanumerowana"/>
        <w:numPr>
          <w:ilvl w:val="0"/>
          <w:numId w:val="23"/>
        </w:numPr>
        <w:spacing w:after="0"/>
        <w:rPr>
          <w:rFonts w:cs="Arial"/>
          <w:sz w:val="22"/>
        </w:rPr>
      </w:pPr>
      <w:r w:rsidRPr="00676904">
        <w:rPr>
          <w:rFonts w:cs="Arial"/>
          <w:sz w:val="22"/>
        </w:rPr>
        <w:t>Nie pozostawia się ucznia wymagającego wsparcia bez opieki. Informacje o indywidualnych potrzebach udostępnia się wyłącznie pracownikom, którzy muszą je znać dla zapewnienia bezpieczeństwa.</w:t>
      </w:r>
    </w:p>
    <w:p w:rsidR="002855DB" w:rsidRPr="002855DB" w:rsidRDefault="00563214" w:rsidP="0082652A">
      <w:pPr>
        <w:spacing w:after="0"/>
        <w:rPr>
          <w:rFonts w:cs="Arial"/>
          <w:color w:val="C00000"/>
          <w:sz w:val="22"/>
          <w:highlight w:val="yellow"/>
        </w:rPr>
      </w:pPr>
      <w:r w:rsidRPr="007F556E">
        <w:rPr>
          <w:rFonts w:cs="Arial"/>
          <w:b/>
          <w:sz w:val="22"/>
        </w:rPr>
        <w:t>Miejsce przechowywania poufnych ustaleń dotyczących wsparcia:</w:t>
      </w:r>
      <w:r w:rsidR="002855DB">
        <w:rPr>
          <w:rFonts w:cs="Arial"/>
          <w:sz w:val="22"/>
        </w:rPr>
        <w:t xml:space="preserve"> sekretariat szkoły</w:t>
      </w:r>
    </w:p>
    <w:p w:rsidR="00380CF9" w:rsidRPr="002855DB" w:rsidRDefault="00563214" w:rsidP="0082652A">
      <w:pPr>
        <w:spacing w:after="120"/>
        <w:rPr>
          <w:rFonts w:cs="Arial"/>
          <w:sz w:val="22"/>
        </w:rPr>
      </w:pPr>
      <w:r w:rsidRPr="007F556E">
        <w:rPr>
          <w:rFonts w:cs="Arial"/>
          <w:b/>
          <w:sz w:val="22"/>
        </w:rPr>
        <w:t>Koordynator wsparcia i zastępca:</w:t>
      </w:r>
      <w:r w:rsidR="002855DB">
        <w:rPr>
          <w:rFonts w:cs="Arial"/>
          <w:b/>
          <w:sz w:val="22"/>
        </w:rPr>
        <w:t xml:space="preserve"> </w:t>
      </w:r>
      <w:r w:rsidR="002855DB">
        <w:rPr>
          <w:rFonts w:cs="Arial"/>
          <w:sz w:val="22"/>
        </w:rPr>
        <w:t>p. Olga Markowska – nauczyciel współorganizujący proces kształcenia/ p. Ewa Kędziora – nauczyciel współorganizujący proces kształcenia.</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10. Komunikacja z rodzicami i odbiór uczniów</w:t>
      </w:r>
    </w:p>
    <w:p w:rsidR="00380CF9" w:rsidRPr="00E233C7" w:rsidRDefault="00563214" w:rsidP="00E233C7">
      <w:pPr>
        <w:pStyle w:val="Listanumerowana"/>
        <w:numPr>
          <w:ilvl w:val="0"/>
          <w:numId w:val="25"/>
        </w:numPr>
        <w:spacing w:after="0" w:line="240" w:lineRule="auto"/>
        <w:jc w:val="both"/>
        <w:rPr>
          <w:rFonts w:cs="Arial"/>
          <w:sz w:val="22"/>
        </w:rPr>
      </w:pPr>
      <w:r w:rsidRPr="00E233C7">
        <w:rPr>
          <w:rFonts w:cs="Arial"/>
          <w:sz w:val="22"/>
        </w:rPr>
        <w:t>Komunikaty dla rodziców przekazuje dyrektor lub osoba upoważniona. Powinny zawierać wyłącznie sprawdzone informacje, aktualną informację o bezpieczeństwie uczniów, wskazanie czy rodzice powinni przyjeżdżać do szkoły, dalsze zalecenia i informację o kolejnym komunikacie.</w:t>
      </w:r>
      <w:r w:rsidR="00E233C7" w:rsidRPr="00E233C7">
        <w:rPr>
          <w:rFonts w:cs="Arial"/>
          <w:sz w:val="22"/>
        </w:rPr>
        <w:t xml:space="preserve"> </w:t>
      </w:r>
      <w:r w:rsidR="00E233C7" w:rsidRPr="00E233C7">
        <w:rPr>
          <w:rFonts w:cs="Arial"/>
          <w:sz w:val="22"/>
        </w:rPr>
        <w:t>Rodzice otrzymują informację, że po ogłoszeniu alarmu dzieci pozostają pod opieką placówki</w:t>
      </w:r>
      <w:r w:rsidR="00FD563C">
        <w:rPr>
          <w:rFonts w:cs="Arial"/>
          <w:sz w:val="22"/>
        </w:rPr>
        <w:t>.</w:t>
      </w:r>
    </w:p>
    <w:p w:rsidR="00380CF9" w:rsidRPr="007F556E" w:rsidRDefault="00563214" w:rsidP="0082652A">
      <w:pPr>
        <w:pStyle w:val="Listanumerowana"/>
        <w:spacing w:after="0"/>
        <w:rPr>
          <w:rFonts w:cs="Arial"/>
          <w:sz w:val="22"/>
        </w:rPr>
      </w:pPr>
      <w:r w:rsidRPr="007F556E">
        <w:rPr>
          <w:rFonts w:cs="Arial"/>
          <w:sz w:val="22"/>
        </w:rPr>
        <w:t>W sytuacji bezpośredniego zagrożenia rodzice nie powinni przyjeżdżać do szkoły, jeżeli mogłoby to utrudnić działania służb lub zwiększyć zagrożenie. O miejscu i czasie odbioru uczniów szkoła informuje zgodnie z sytuacją i poleceniami służb.</w:t>
      </w:r>
    </w:p>
    <w:p w:rsidR="00380CF9" w:rsidRPr="007F556E" w:rsidRDefault="00563214" w:rsidP="0082652A">
      <w:pPr>
        <w:pStyle w:val="Listanumerowana"/>
        <w:spacing w:after="120"/>
        <w:rPr>
          <w:rFonts w:cs="Arial"/>
          <w:sz w:val="22"/>
        </w:rPr>
      </w:pPr>
      <w:r w:rsidRPr="007F556E">
        <w:rPr>
          <w:rFonts w:cs="Arial"/>
          <w:sz w:val="22"/>
        </w:rPr>
        <w:t>Ucznia wydaje się rodzicowi, opiekunowi prawnemu albo osobie upoważnionej zgodnie z zasadami szkoły. Wydanie ucznia w sytuacji kryzysowej odnotowuje się. Informacje publiczne i dla mediów przekazuje wyłącznie dyrektor lub osoba upoważniona.</w:t>
      </w:r>
    </w:p>
    <w:p w:rsidR="0066385A" w:rsidRDefault="0066385A">
      <w:pPr>
        <w:rPr>
          <w:rFonts w:cs="Arial"/>
          <w:b/>
          <w:sz w:val="22"/>
        </w:rPr>
      </w:pPr>
      <w:r>
        <w:rPr>
          <w:rFonts w:cs="Arial"/>
          <w:b/>
          <w:sz w:val="22"/>
        </w:rPr>
        <w:br w:type="page"/>
      </w:r>
    </w:p>
    <w:p w:rsidR="0006756B" w:rsidRPr="007F556E" w:rsidRDefault="00563214" w:rsidP="0082652A">
      <w:pPr>
        <w:spacing w:after="0"/>
        <w:rPr>
          <w:rFonts w:cs="Arial"/>
          <w:sz w:val="22"/>
        </w:rPr>
      </w:pPr>
      <w:bookmarkStart w:id="0" w:name="_GoBack"/>
      <w:bookmarkEnd w:id="0"/>
      <w:r w:rsidRPr="007F556E">
        <w:rPr>
          <w:rFonts w:cs="Arial"/>
          <w:b/>
          <w:sz w:val="22"/>
        </w:rPr>
        <w:t>Podstawowy kanał kontaktu z rodzicami</w:t>
      </w:r>
      <w:r w:rsidR="0006756B" w:rsidRPr="007F556E">
        <w:rPr>
          <w:rFonts w:cs="Arial"/>
          <w:b/>
          <w:sz w:val="22"/>
        </w:rPr>
        <w:t xml:space="preserve">: </w:t>
      </w:r>
      <w:r w:rsidR="0006756B" w:rsidRPr="007F556E">
        <w:rPr>
          <w:rFonts w:cs="Arial"/>
          <w:sz w:val="22"/>
        </w:rPr>
        <w:t>SMS/ telefon/ dziennik elektorniczny</w:t>
      </w:r>
    </w:p>
    <w:p w:rsidR="00380CF9" w:rsidRPr="007F556E" w:rsidRDefault="00563214" w:rsidP="0082652A">
      <w:pPr>
        <w:spacing w:after="0"/>
        <w:rPr>
          <w:rFonts w:cs="Arial"/>
          <w:sz w:val="22"/>
        </w:rPr>
      </w:pPr>
      <w:r w:rsidRPr="007F556E">
        <w:rPr>
          <w:rFonts w:cs="Arial"/>
          <w:b/>
          <w:sz w:val="22"/>
        </w:rPr>
        <w:t>Osoba upoważniona do wysyłania komunikatów:</w:t>
      </w:r>
      <w:r w:rsidR="0006756B" w:rsidRPr="007F556E">
        <w:rPr>
          <w:rFonts w:cs="Arial"/>
          <w:b/>
          <w:sz w:val="22"/>
        </w:rPr>
        <w:t xml:space="preserve"> </w:t>
      </w:r>
      <w:r w:rsidR="0006756B" w:rsidRPr="007F556E">
        <w:rPr>
          <w:rFonts w:cs="Arial"/>
          <w:sz w:val="22"/>
        </w:rPr>
        <w:t>dyrektor szkoły, wychowawcy klas 1-8</w:t>
      </w:r>
    </w:p>
    <w:p w:rsidR="00380CF9" w:rsidRPr="007F556E" w:rsidRDefault="00563214" w:rsidP="0082652A">
      <w:pPr>
        <w:spacing w:after="120"/>
        <w:rPr>
          <w:rFonts w:cs="Arial"/>
          <w:sz w:val="22"/>
        </w:rPr>
      </w:pPr>
      <w:r w:rsidRPr="007F556E">
        <w:rPr>
          <w:rFonts w:cs="Arial"/>
          <w:b/>
          <w:sz w:val="22"/>
        </w:rPr>
        <w:t>Miejsce ewentualnego odbioru uczniów poza szkołą:</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11. Ćwiczenia, dokumentowanie i aktualizacja</w:t>
      </w:r>
    </w:p>
    <w:p w:rsidR="00380CF9" w:rsidRPr="00612AE3" w:rsidRDefault="00563214" w:rsidP="0082652A">
      <w:pPr>
        <w:pStyle w:val="Listanumerowana"/>
        <w:numPr>
          <w:ilvl w:val="0"/>
          <w:numId w:val="21"/>
        </w:numPr>
        <w:spacing w:after="0"/>
        <w:rPr>
          <w:rFonts w:cs="Arial"/>
          <w:sz w:val="22"/>
        </w:rPr>
      </w:pPr>
      <w:r w:rsidRPr="00612AE3">
        <w:rPr>
          <w:rFonts w:cs="Arial"/>
          <w:sz w:val="22"/>
        </w:rPr>
        <w:t>Szkoła przeprowadza praktyczne sprawdzenie organizacji i warunków ewakuacji z częstotliwością oraz w terminach wynikających z aktualnych przepisów. Dla szkół, w których cyklicznie zmienia się jednocześnie grupa ponad 50 użytkowników, PSP wskazuje co najmniej jedno sprawdzenie rocznie, w terminie nie dłuższym niż 3 miesiące od rozpoczęcia korzystania z obiektu przez nowych użytkowników; termin należy zgłosić właściwemu komendantowi PSP co najmniej tydzień wcześniej. Zawsze należy zweryfikować aktualne przepisy i wymagania dla konkretnego obiektu.</w:t>
      </w:r>
    </w:p>
    <w:p w:rsidR="00380CF9" w:rsidRPr="007F556E" w:rsidRDefault="00563214" w:rsidP="0082652A">
      <w:pPr>
        <w:pStyle w:val="Listanumerowana"/>
        <w:spacing w:after="0"/>
        <w:rPr>
          <w:rFonts w:cs="Arial"/>
          <w:sz w:val="22"/>
        </w:rPr>
      </w:pPr>
      <w:r w:rsidRPr="007F556E">
        <w:rPr>
          <w:rFonts w:cs="Arial"/>
          <w:sz w:val="22"/>
        </w:rPr>
        <w:t>Po ćwiczeniu lub zdarzeniu sporządza się dokumentację obejmującą co najmniej datę, miejsce, rodzaj zdarzenia lub ćwiczenia, liczbę osób, podjęte działania, braki i osoby poszkodowane, jeżeli wystąpiły, oraz zalecenia naprawcze i osoby odpowiedzialne za ich wykonanie.</w:t>
      </w:r>
    </w:p>
    <w:p w:rsidR="00380CF9" w:rsidRPr="007F556E" w:rsidRDefault="00563214" w:rsidP="0082652A">
      <w:pPr>
        <w:pStyle w:val="Listanumerowana"/>
        <w:spacing w:after="0"/>
        <w:rPr>
          <w:rFonts w:cs="Arial"/>
          <w:sz w:val="22"/>
        </w:rPr>
      </w:pPr>
      <w:r w:rsidRPr="007F556E">
        <w:rPr>
          <w:rFonts w:cs="Arial"/>
          <w:sz w:val="22"/>
        </w:rPr>
        <w:t>Procedurę przegląda się co najmniej raz w roku oraz po zmianie przepisów, organizacji pracy, planów ewakuacji, Instrukcji Bezpieczeństwa Pożarowego, informacji o obiektach ochronnych lub po zdarzeniu wskazującym na potrzebę zmian.</w:t>
      </w:r>
    </w:p>
    <w:p w:rsidR="00380CF9" w:rsidRPr="007F556E" w:rsidRDefault="00563214" w:rsidP="0082652A">
      <w:pPr>
        <w:spacing w:after="0"/>
        <w:rPr>
          <w:rFonts w:cs="Arial"/>
          <w:sz w:val="22"/>
        </w:rPr>
      </w:pPr>
      <w:r w:rsidRPr="007F556E">
        <w:rPr>
          <w:rFonts w:cs="Arial"/>
          <w:b/>
          <w:sz w:val="22"/>
        </w:rPr>
        <w:t>Osoba odpowiedzialna za organizację ćwiczeń:</w:t>
      </w:r>
      <w:r w:rsidR="007F556E" w:rsidRPr="007F556E">
        <w:rPr>
          <w:rFonts w:cs="Arial"/>
          <w:sz w:val="22"/>
        </w:rPr>
        <w:t xml:space="preserve"> p. Krzysztof Zagórski – koordynator ds. obrony cywilnej, nauczyciel.</w:t>
      </w:r>
    </w:p>
    <w:p w:rsidR="00380CF9" w:rsidRPr="007F556E" w:rsidRDefault="00563214" w:rsidP="0082652A">
      <w:pPr>
        <w:spacing w:after="120"/>
        <w:rPr>
          <w:rFonts w:cs="Arial"/>
          <w:sz w:val="22"/>
        </w:rPr>
      </w:pPr>
      <w:r w:rsidRPr="007F556E">
        <w:rPr>
          <w:rFonts w:cs="Arial"/>
          <w:b/>
          <w:sz w:val="22"/>
        </w:rPr>
        <w:t>Miejsce przechowywania dokumentacji ćwiczeń i zdarzeń:</w:t>
      </w:r>
      <w:r w:rsidR="007F556E" w:rsidRPr="007F556E">
        <w:rPr>
          <w:rFonts w:cs="Arial"/>
          <w:b/>
          <w:sz w:val="22"/>
        </w:rPr>
        <w:t xml:space="preserve"> </w:t>
      </w:r>
      <w:r w:rsidR="007F556E" w:rsidRPr="007F556E">
        <w:rPr>
          <w:rFonts w:cs="Arial"/>
          <w:sz w:val="22"/>
        </w:rPr>
        <w:t>sekretariat szkoły.</w:t>
      </w:r>
    </w:p>
    <w:p w:rsidR="00380CF9" w:rsidRPr="007F556E" w:rsidRDefault="00563214" w:rsidP="0082652A">
      <w:pPr>
        <w:pStyle w:val="Nagwek1"/>
        <w:spacing w:before="0"/>
        <w:rPr>
          <w:rFonts w:ascii="Arial" w:hAnsi="Arial" w:cs="Arial"/>
          <w:sz w:val="22"/>
          <w:szCs w:val="22"/>
        </w:rPr>
      </w:pPr>
      <w:r w:rsidRPr="007F556E">
        <w:rPr>
          <w:rFonts w:ascii="Arial" w:hAnsi="Arial" w:cs="Arial"/>
          <w:sz w:val="22"/>
          <w:szCs w:val="22"/>
        </w:rPr>
        <w:t>§ 12. Postanowienia końcowe</w:t>
      </w:r>
    </w:p>
    <w:p w:rsidR="00380CF9" w:rsidRPr="00612AE3" w:rsidRDefault="00563214" w:rsidP="0082652A">
      <w:pPr>
        <w:pStyle w:val="Listanumerowana"/>
        <w:numPr>
          <w:ilvl w:val="0"/>
          <w:numId w:val="22"/>
        </w:numPr>
        <w:spacing w:after="0"/>
        <w:rPr>
          <w:rFonts w:cs="Arial"/>
          <w:sz w:val="22"/>
        </w:rPr>
      </w:pPr>
      <w:r w:rsidRPr="00612AE3">
        <w:rPr>
          <w:rFonts w:cs="Arial"/>
          <w:sz w:val="22"/>
        </w:rPr>
        <w:t>Każdy pracownik zapoznaje się z procedurą i wykonuje obowiązki stosownie do swojej funkcji. Nauczyciele zapoznają uczniów z zasadami postępowania w sposób dostosowany do ich wieku i możliwości.</w:t>
      </w:r>
    </w:p>
    <w:p w:rsidR="007B0BA0" w:rsidRPr="00524E87" w:rsidRDefault="00563214" w:rsidP="0082652A">
      <w:pPr>
        <w:pStyle w:val="Listanumerowana"/>
        <w:spacing w:after="0"/>
        <w:rPr>
          <w:rFonts w:cs="Arial"/>
          <w:sz w:val="22"/>
        </w:rPr>
      </w:pPr>
      <w:r w:rsidRPr="007F556E">
        <w:rPr>
          <w:rFonts w:cs="Arial"/>
          <w:sz w:val="22"/>
        </w:rPr>
        <w:t>Procedura wchodzi w życie z dniem określonym w zarządzeniu Dyrektora Szkoły.</w:t>
      </w:r>
    </w:p>
    <w:p w:rsidR="00380CF9" w:rsidRPr="007F556E" w:rsidRDefault="00563214" w:rsidP="0082652A">
      <w:pPr>
        <w:spacing w:after="0"/>
        <w:rPr>
          <w:rFonts w:cs="Arial"/>
          <w:sz w:val="22"/>
        </w:rPr>
      </w:pPr>
      <w:r w:rsidRPr="007F556E">
        <w:rPr>
          <w:rFonts w:cs="Arial"/>
          <w:sz w:val="22"/>
        </w:rPr>
        <w:br w:type="page"/>
      </w:r>
    </w:p>
    <w:p w:rsidR="00380CF9" w:rsidRPr="007F556E" w:rsidRDefault="00563214" w:rsidP="007F556E">
      <w:pPr>
        <w:pStyle w:val="Nagwek1"/>
        <w:spacing w:before="0" w:line="240" w:lineRule="auto"/>
        <w:jc w:val="both"/>
        <w:rPr>
          <w:rFonts w:ascii="Arial" w:hAnsi="Arial" w:cs="Arial"/>
          <w:sz w:val="22"/>
          <w:szCs w:val="22"/>
        </w:rPr>
      </w:pPr>
      <w:r w:rsidRPr="007F556E">
        <w:rPr>
          <w:rFonts w:ascii="Arial" w:hAnsi="Arial" w:cs="Arial"/>
          <w:sz w:val="22"/>
          <w:szCs w:val="22"/>
        </w:rPr>
        <w:t>ZAŁĄCZNIK NR 1. KARTA INFORMACYJNA – SYTUACJA KRYZYSOWA</w:t>
      </w:r>
    </w:p>
    <w:tbl>
      <w:tblPr>
        <w:tblStyle w:val="Tabela-Siatka"/>
        <w:tblW w:w="0" w:type="auto"/>
        <w:jc w:val="center"/>
        <w:tblLook w:val="04A0" w:firstRow="1" w:lastRow="0" w:firstColumn="1" w:lastColumn="0" w:noHBand="0" w:noVBand="1"/>
      </w:tblPr>
      <w:tblGrid>
        <w:gridCol w:w="4924"/>
        <w:gridCol w:w="4924"/>
      </w:tblGrid>
      <w:tr w:rsidR="00380CF9" w:rsidRPr="007F556E">
        <w:trPr>
          <w:jc w:val="center"/>
        </w:trPr>
        <w:tc>
          <w:tcPr>
            <w:tcW w:w="4929" w:type="dxa"/>
            <w:shd w:val="clear" w:color="auto" w:fill="D9EAF7"/>
            <w:vAlign w:val="center"/>
          </w:tcPr>
          <w:p w:rsidR="00380CF9" w:rsidRPr="007F556E" w:rsidRDefault="00563214" w:rsidP="007F556E">
            <w:pPr>
              <w:jc w:val="both"/>
              <w:rPr>
                <w:rFonts w:cs="Arial"/>
                <w:sz w:val="22"/>
              </w:rPr>
            </w:pPr>
            <w:r w:rsidRPr="007F556E">
              <w:rPr>
                <w:rFonts w:cs="Arial"/>
                <w:b/>
                <w:sz w:val="22"/>
              </w:rPr>
              <w:t>Pole</w:t>
            </w:r>
          </w:p>
        </w:tc>
        <w:tc>
          <w:tcPr>
            <w:tcW w:w="4929" w:type="dxa"/>
            <w:shd w:val="clear" w:color="auto" w:fill="D9EAF7"/>
            <w:vAlign w:val="center"/>
          </w:tcPr>
          <w:p w:rsidR="00380CF9" w:rsidRPr="007F556E" w:rsidRDefault="00563214" w:rsidP="007F556E">
            <w:pPr>
              <w:jc w:val="both"/>
              <w:rPr>
                <w:rFonts w:cs="Arial"/>
                <w:sz w:val="22"/>
              </w:rPr>
            </w:pPr>
            <w:r w:rsidRPr="007F556E">
              <w:rPr>
                <w:rFonts w:cs="Arial"/>
                <w:b/>
                <w:sz w:val="22"/>
              </w:rPr>
              <w:t>Dane do wypełnienia podczas zdarzenia</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Data i godzina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Rodzaj i miejsce zdarzenia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Osoba zgłaszająca / źródło informacji</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Godzina alarmu i sposób alarmowania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Osoby / służby powiadomione i godzina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Podjęte działania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Czy przeprowadzono ewakuację / schronienie</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Miejsce zbiórki / schronienia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Liczba uczniów / pracowników / gości</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Osoby brakujące / poszkodowane</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Dalsze zalecenia / działania naprawcze</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Osoba sporządzająca dokumentację</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bl>
    <w:p w:rsidR="00380CF9" w:rsidRPr="007F556E" w:rsidRDefault="00380CF9" w:rsidP="007F556E">
      <w:pPr>
        <w:spacing w:after="0" w:line="240" w:lineRule="auto"/>
        <w:jc w:val="both"/>
        <w:rPr>
          <w:rFonts w:cs="Arial"/>
          <w:sz w:val="22"/>
        </w:rPr>
      </w:pPr>
    </w:p>
    <w:p w:rsidR="00380CF9" w:rsidRPr="007F556E" w:rsidRDefault="00563214" w:rsidP="007F556E">
      <w:pPr>
        <w:pStyle w:val="Nagwek1"/>
        <w:spacing w:before="0" w:line="240" w:lineRule="auto"/>
        <w:jc w:val="both"/>
        <w:rPr>
          <w:rFonts w:ascii="Arial" w:hAnsi="Arial" w:cs="Arial"/>
          <w:sz w:val="22"/>
          <w:szCs w:val="22"/>
        </w:rPr>
      </w:pPr>
      <w:r w:rsidRPr="007F556E">
        <w:rPr>
          <w:rFonts w:ascii="Arial" w:hAnsi="Arial" w:cs="Arial"/>
          <w:sz w:val="22"/>
          <w:szCs w:val="22"/>
        </w:rPr>
        <w:t>ZAŁĄCZNIK NR 2. KARTA SPRAWDZENIA STANU LICZBOWEGO</w:t>
      </w:r>
    </w:p>
    <w:tbl>
      <w:tblPr>
        <w:tblStyle w:val="Tabela-Siatka"/>
        <w:tblW w:w="0" w:type="auto"/>
        <w:jc w:val="center"/>
        <w:tblLook w:val="04A0" w:firstRow="1" w:lastRow="0" w:firstColumn="1" w:lastColumn="0" w:noHBand="0" w:noVBand="1"/>
      </w:tblPr>
      <w:tblGrid>
        <w:gridCol w:w="4924"/>
        <w:gridCol w:w="4924"/>
      </w:tblGrid>
      <w:tr w:rsidR="00380CF9" w:rsidRPr="007F556E">
        <w:trPr>
          <w:jc w:val="center"/>
        </w:trPr>
        <w:tc>
          <w:tcPr>
            <w:tcW w:w="4929" w:type="dxa"/>
            <w:shd w:val="clear" w:color="auto" w:fill="D9EAF7"/>
            <w:vAlign w:val="center"/>
          </w:tcPr>
          <w:p w:rsidR="00380CF9" w:rsidRPr="007F556E" w:rsidRDefault="00563214" w:rsidP="007F556E">
            <w:pPr>
              <w:jc w:val="both"/>
              <w:rPr>
                <w:rFonts w:cs="Arial"/>
                <w:sz w:val="22"/>
              </w:rPr>
            </w:pPr>
            <w:r w:rsidRPr="007F556E">
              <w:rPr>
                <w:rFonts w:cs="Arial"/>
                <w:b/>
                <w:sz w:val="22"/>
              </w:rPr>
              <w:t>Pole</w:t>
            </w:r>
          </w:p>
        </w:tc>
        <w:tc>
          <w:tcPr>
            <w:tcW w:w="4929" w:type="dxa"/>
            <w:shd w:val="clear" w:color="auto" w:fill="D9EAF7"/>
            <w:vAlign w:val="center"/>
          </w:tcPr>
          <w:p w:rsidR="00380CF9" w:rsidRPr="007F556E" w:rsidRDefault="00563214" w:rsidP="007F556E">
            <w:pPr>
              <w:jc w:val="both"/>
              <w:rPr>
                <w:rFonts w:cs="Arial"/>
                <w:sz w:val="22"/>
              </w:rPr>
            </w:pPr>
            <w:r w:rsidRPr="007F556E">
              <w:rPr>
                <w:rFonts w:cs="Arial"/>
                <w:b/>
                <w:sz w:val="22"/>
              </w:rPr>
              <w:t>Dane</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Klasa / grupa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Nauczyciel / opiekun</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Liczba osób według listy</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Liczba osób obecnych</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Osoby brakujące i ostatnie znane miejsce</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 — przekazać służbom, nie wracać po osobę]</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Osoby wymagające pomocy / poszkodowane</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Osoba, której przekazano meldunek</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Godzina meldunku</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Podpis</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[WPISAĆ]</w:t>
            </w:r>
          </w:p>
        </w:tc>
      </w:tr>
    </w:tbl>
    <w:p w:rsidR="00380CF9" w:rsidRPr="007F556E" w:rsidRDefault="00380CF9" w:rsidP="007F556E">
      <w:pPr>
        <w:spacing w:after="0" w:line="240" w:lineRule="auto"/>
        <w:jc w:val="both"/>
        <w:rPr>
          <w:rFonts w:cs="Arial"/>
          <w:sz w:val="22"/>
        </w:rPr>
      </w:pPr>
    </w:p>
    <w:p w:rsidR="00380CF9" w:rsidRPr="007F556E" w:rsidRDefault="00563214" w:rsidP="007F556E">
      <w:pPr>
        <w:pStyle w:val="Nagwek1"/>
        <w:spacing w:before="0" w:line="240" w:lineRule="auto"/>
        <w:jc w:val="both"/>
        <w:rPr>
          <w:rFonts w:ascii="Arial" w:hAnsi="Arial" w:cs="Arial"/>
          <w:sz w:val="22"/>
          <w:szCs w:val="22"/>
        </w:rPr>
      </w:pPr>
      <w:r w:rsidRPr="007F556E">
        <w:rPr>
          <w:rFonts w:ascii="Arial" w:hAnsi="Arial" w:cs="Arial"/>
          <w:sz w:val="22"/>
          <w:szCs w:val="22"/>
        </w:rPr>
        <w:t>ZAŁĄCZNIK NR 3. MIEJSCA ZBIÓRKI PO EWAKUACJI</w:t>
      </w:r>
    </w:p>
    <w:p w:rsidR="00380CF9" w:rsidRPr="007F556E" w:rsidRDefault="00563214" w:rsidP="007F556E">
      <w:pPr>
        <w:spacing w:after="0" w:line="240" w:lineRule="auto"/>
        <w:jc w:val="both"/>
        <w:rPr>
          <w:rFonts w:cs="Arial"/>
          <w:sz w:val="22"/>
        </w:rPr>
      </w:pPr>
      <w:r w:rsidRPr="007F556E">
        <w:rPr>
          <w:rFonts w:cs="Arial"/>
          <w:sz w:val="22"/>
        </w:rPr>
        <w:t>Wypełnić wyłącznie zgodnie z aktualną Instrukcją Bezpieczeństwa Pożarowego i planami ewakuacji.</w:t>
      </w:r>
    </w:p>
    <w:tbl>
      <w:tblPr>
        <w:tblStyle w:val="Tabela-Siatka"/>
        <w:tblW w:w="0" w:type="auto"/>
        <w:jc w:val="center"/>
        <w:tblLook w:val="04A0" w:firstRow="1" w:lastRow="0" w:firstColumn="1" w:lastColumn="0" w:noHBand="0" w:noVBand="1"/>
      </w:tblPr>
      <w:tblGrid>
        <w:gridCol w:w="2462"/>
        <w:gridCol w:w="2462"/>
        <w:gridCol w:w="2463"/>
        <w:gridCol w:w="2461"/>
      </w:tblGrid>
      <w:tr w:rsidR="00380CF9" w:rsidRPr="007F556E">
        <w:trPr>
          <w:jc w:val="center"/>
        </w:trPr>
        <w:tc>
          <w:tcPr>
            <w:tcW w:w="2464" w:type="dxa"/>
            <w:shd w:val="clear" w:color="auto" w:fill="D9EAF7"/>
            <w:vAlign w:val="center"/>
          </w:tcPr>
          <w:p w:rsidR="00380CF9" w:rsidRPr="007F556E" w:rsidRDefault="00563214" w:rsidP="007F556E">
            <w:pPr>
              <w:jc w:val="both"/>
              <w:rPr>
                <w:rFonts w:cs="Arial"/>
                <w:sz w:val="22"/>
              </w:rPr>
            </w:pPr>
            <w:r w:rsidRPr="007F556E">
              <w:rPr>
                <w:rFonts w:cs="Arial"/>
                <w:b/>
                <w:sz w:val="22"/>
              </w:rPr>
              <w:t>Rodzaj</w:t>
            </w:r>
          </w:p>
        </w:tc>
        <w:tc>
          <w:tcPr>
            <w:tcW w:w="2464" w:type="dxa"/>
            <w:shd w:val="clear" w:color="auto" w:fill="D9EAF7"/>
            <w:vAlign w:val="center"/>
          </w:tcPr>
          <w:p w:rsidR="00380CF9" w:rsidRPr="007F556E" w:rsidRDefault="00563214" w:rsidP="007F556E">
            <w:pPr>
              <w:jc w:val="both"/>
              <w:rPr>
                <w:rFonts w:cs="Arial"/>
                <w:sz w:val="22"/>
              </w:rPr>
            </w:pPr>
            <w:r w:rsidRPr="007F556E">
              <w:rPr>
                <w:rFonts w:cs="Arial"/>
                <w:b/>
                <w:sz w:val="22"/>
              </w:rPr>
              <w:t>Dokładna lokalizacja</w:t>
            </w:r>
          </w:p>
        </w:tc>
        <w:tc>
          <w:tcPr>
            <w:tcW w:w="2464" w:type="dxa"/>
            <w:shd w:val="clear" w:color="auto" w:fill="D9EAF7"/>
            <w:vAlign w:val="center"/>
          </w:tcPr>
          <w:p w:rsidR="00380CF9" w:rsidRPr="007F556E" w:rsidRDefault="00563214" w:rsidP="007F556E">
            <w:pPr>
              <w:jc w:val="both"/>
              <w:rPr>
                <w:rFonts w:cs="Arial"/>
                <w:sz w:val="22"/>
              </w:rPr>
            </w:pPr>
            <w:r w:rsidRPr="007F556E">
              <w:rPr>
                <w:rFonts w:cs="Arial"/>
                <w:b/>
                <w:sz w:val="22"/>
              </w:rPr>
              <w:t>Dokument potwierdzający</w:t>
            </w:r>
          </w:p>
        </w:tc>
        <w:tc>
          <w:tcPr>
            <w:tcW w:w="2464" w:type="dxa"/>
            <w:shd w:val="clear" w:color="auto" w:fill="D9EAF7"/>
            <w:vAlign w:val="center"/>
          </w:tcPr>
          <w:p w:rsidR="00380CF9" w:rsidRPr="007F556E" w:rsidRDefault="00563214" w:rsidP="007F556E">
            <w:pPr>
              <w:jc w:val="both"/>
              <w:rPr>
                <w:rFonts w:cs="Arial"/>
                <w:sz w:val="22"/>
              </w:rPr>
            </w:pPr>
            <w:r w:rsidRPr="007F556E">
              <w:rPr>
                <w:rFonts w:cs="Arial"/>
                <w:b/>
                <w:sz w:val="22"/>
              </w:rPr>
              <w:t>Uwagi</w:t>
            </w:r>
          </w:p>
        </w:tc>
      </w:tr>
      <w:tr w:rsidR="00380CF9" w:rsidRPr="007F556E">
        <w:trPr>
          <w:jc w:val="center"/>
        </w:trPr>
        <w:tc>
          <w:tcPr>
            <w:tcW w:w="2464" w:type="dxa"/>
            <w:vAlign w:val="center"/>
          </w:tcPr>
          <w:p w:rsidR="00380CF9" w:rsidRPr="007F556E" w:rsidRDefault="00563214" w:rsidP="007F556E">
            <w:pPr>
              <w:jc w:val="both"/>
              <w:rPr>
                <w:rFonts w:cs="Arial"/>
                <w:sz w:val="22"/>
              </w:rPr>
            </w:pPr>
            <w:r w:rsidRPr="007F556E">
              <w:rPr>
                <w:rFonts w:cs="Arial"/>
                <w:sz w:val="22"/>
              </w:rPr>
              <w:t>Miejsce zbiórki podstawowe</w:t>
            </w:r>
          </w:p>
        </w:tc>
        <w:tc>
          <w:tcPr>
            <w:tcW w:w="2464" w:type="dxa"/>
            <w:shd w:val="clear" w:color="auto" w:fill="FFF2CC"/>
            <w:vAlign w:val="center"/>
          </w:tcPr>
          <w:p w:rsidR="00380CF9" w:rsidRPr="007F556E" w:rsidRDefault="001D78EB" w:rsidP="007F556E">
            <w:pPr>
              <w:jc w:val="both"/>
              <w:rPr>
                <w:rFonts w:cs="Arial"/>
                <w:sz w:val="22"/>
              </w:rPr>
            </w:pPr>
            <w:r>
              <w:rPr>
                <w:rFonts w:cs="Arial"/>
                <w:sz w:val="22"/>
              </w:rPr>
              <w:t>Boisko szkolne</w:t>
            </w:r>
          </w:p>
        </w:tc>
        <w:tc>
          <w:tcPr>
            <w:tcW w:w="2464" w:type="dxa"/>
            <w:shd w:val="clear" w:color="auto" w:fill="FFF2CC"/>
            <w:vAlign w:val="center"/>
          </w:tcPr>
          <w:p w:rsidR="00380CF9" w:rsidRPr="007F556E" w:rsidRDefault="00380CF9" w:rsidP="007F556E">
            <w:pPr>
              <w:jc w:val="both"/>
              <w:rPr>
                <w:rFonts w:cs="Arial"/>
                <w:sz w:val="22"/>
              </w:rPr>
            </w:pPr>
          </w:p>
        </w:tc>
        <w:tc>
          <w:tcPr>
            <w:tcW w:w="2464" w:type="dxa"/>
            <w:shd w:val="clear" w:color="auto" w:fill="FFF2CC"/>
            <w:vAlign w:val="center"/>
          </w:tcPr>
          <w:p w:rsidR="00380CF9" w:rsidRPr="007F556E" w:rsidRDefault="00380CF9" w:rsidP="007F556E">
            <w:pPr>
              <w:jc w:val="both"/>
              <w:rPr>
                <w:rFonts w:cs="Arial"/>
                <w:sz w:val="22"/>
              </w:rPr>
            </w:pPr>
          </w:p>
        </w:tc>
      </w:tr>
      <w:tr w:rsidR="00380CF9" w:rsidRPr="007F556E">
        <w:trPr>
          <w:jc w:val="center"/>
        </w:trPr>
        <w:tc>
          <w:tcPr>
            <w:tcW w:w="2464" w:type="dxa"/>
            <w:vAlign w:val="center"/>
          </w:tcPr>
          <w:p w:rsidR="00380CF9" w:rsidRPr="007F556E" w:rsidRDefault="00563214" w:rsidP="007F556E">
            <w:pPr>
              <w:jc w:val="both"/>
              <w:rPr>
                <w:rFonts w:cs="Arial"/>
                <w:sz w:val="22"/>
              </w:rPr>
            </w:pPr>
            <w:r w:rsidRPr="007F556E">
              <w:rPr>
                <w:rFonts w:cs="Arial"/>
                <w:sz w:val="22"/>
              </w:rPr>
              <w:t>Miejsce zbiórki alternatywne</w:t>
            </w:r>
          </w:p>
        </w:tc>
        <w:tc>
          <w:tcPr>
            <w:tcW w:w="2464" w:type="dxa"/>
            <w:shd w:val="clear" w:color="auto" w:fill="FFF2CC"/>
            <w:vAlign w:val="center"/>
          </w:tcPr>
          <w:p w:rsidR="00380CF9" w:rsidRPr="007F556E" w:rsidRDefault="001D78EB" w:rsidP="007F556E">
            <w:pPr>
              <w:jc w:val="both"/>
              <w:rPr>
                <w:rFonts w:cs="Arial"/>
                <w:sz w:val="22"/>
              </w:rPr>
            </w:pPr>
            <w:r>
              <w:rPr>
                <w:rFonts w:cs="Arial"/>
                <w:sz w:val="22"/>
              </w:rPr>
              <w:t>Teren zielony przy placu zabaw</w:t>
            </w:r>
          </w:p>
        </w:tc>
        <w:tc>
          <w:tcPr>
            <w:tcW w:w="2464" w:type="dxa"/>
            <w:shd w:val="clear" w:color="auto" w:fill="FFF2CC"/>
            <w:vAlign w:val="center"/>
          </w:tcPr>
          <w:p w:rsidR="00380CF9" w:rsidRPr="007F556E" w:rsidRDefault="00380CF9" w:rsidP="007F556E">
            <w:pPr>
              <w:jc w:val="both"/>
              <w:rPr>
                <w:rFonts w:cs="Arial"/>
                <w:sz w:val="22"/>
              </w:rPr>
            </w:pPr>
          </w:p>
        </w:tc>
        <w:tc>
          <w:tcPr>
            <w:tcW w:w="2464" w:type="dxa"/>
            <w:shd w:val="clear" w:color="auto" w:fill="FFF2CC"/>
            <w:vAlign w:val="center"/>
          </w:tcPr>
          <w:p w:rsidR="00380CF9" w:rsidRPr="007F556E" w:rsidRDefault="00380CF9" w:rsidP="007F556E">
            <w:pPr>
              <w:jc w:val="both"/>
              <w:rPr>
                <w:rFonts w:cs="Arial"/>
                <w:sz w:val="22"/>
              </w:rPr>
            </w:pPr>
          </w:p>
        </w:tc>
      </w:tr>
    </w:tbl>
    <w:p w:rsidR="00380CF9" w:rsidRPr="007F556E" w:rsidRDefault="00380CF9" w:rsidP="007F556E">
      <w:pPr>
        <w:spacing w:after="0" w:line="240" w:lineRule="auto"/>
        <w:jc w:val="both"/>
        <w:rPr>
          <w:rFonts w:cs="Arial"/>
          <w:sz w:val="22"/>
        </w:rPr>
      </w:pPr>
    </w:p>
    <w:p w:rsidR="00380CF9" w:rsidRPr="007F556E" w:rsidRDefault="00563214" w:rsidP="007F556E">
      <w:pPr>
        <w:pStyle w:val="Nagwek1"/>
        <w:spacing w:before="0" w:line="240" w:lineRule="auto"/>
        <w:jc w:val="both"/>
        <w:rPr>
          <w:rFonts w:ascii="Arial" w:hAnsi="Arial" w:cs="Arial"/>
          <w:sz w:val="22"/>
          <w:szCs w:val="22"/>
        </w:rPr>
      </w:pPr>
      <w:r w:rsidRPr="007F556E">
        <w:rPr>
          <w:rFonts w:ascii="Arial" w:hAnsi="Arial" w:cs="Arial"/>
          <w:sz w:val="22"/>
          <w:szCs w:val="22"/>
        </w:rPr>
        <w:t>ZAŁĄCZNIK NR 4. WYKAZ RÓL I ZASTĘPSTW</w:t>
      </w:r>
    </w:p>
    <w:tbl>
      <w:tblPr>
        <w:tblStyle w:val="Tabela-Siatka"/>
        <w:tblW w:w="0" w:type="auto"/>
        <w:jc w:val="center"/>
        <w:tblLook w:val="04A0" w:firstRow="1" w:lastRow="0" w:firstColumn="1" w:lastColumn="0" w:noHBand="0" w:noVBand="1"/>
      </w:tblPr>
      <w:tblGrid>
        <w:gridCol w:w="2462"/>
        <w:gridCol w:w="2353"/>
        <w:gridCol w:w="2571"/>
        <w:gridCol w:w="2462"/>
      </w:tblGrid>
      <w:tr w:rsidR="00A42E56" w:rsidRPr="007F556E" w:rsidTr="003D1EA9">
        <w:trPr>
          <w:jc w:val="center"/>
        </w:trPr>
        <w:tc>
          <w:tcPr>
            <w:tcW w:w="2462" w:type="dxa"/>
            <w:shd w:val="clear" w:color="auto" w:fill="D9EAF7"/>
            <w:vAlign w:val="center"/>
          </w:tcPr>
          <w:p w:rsidR="00380CF9" w:rsidRPr="007F556E" w:rsidRDefault="00563214" w:rsidP="007F556E">
            <w:pPr>
              <w:jc w:val="both"/>
              <w:rPr>
                <w:rFonts w:cs="Arial"/>
                <w:sz w:val="22"/>
              </w:rPr>
            </w:pPr>
            <w:r w:rsidRPr="007F556E">
              <w:rPr>
                <w:rFonts w:cs="Arial"/>
                <w:b/>
                <w:sz w:val="22"/>
              </w:rPr>
              <w:t>Funkcja / zadanie</w:t>
            </w:r>
          </w:p>
        </w:tc>
        <w:tc>
          <w:tcPr>
            <w:tcW w:w="2353" w:type="dxa"/>
            <w:shd w:val="clear" w:color="auto" w:fill="D9EAF7"/>
            <w:vAlign w:val="center"/>
          </w:tcPr>
          <w:p w:rsidR="00380CF9" w:rsidRPr="007F556E" w:rsidRDefault="00563214" w:rsidP="007F556E">
            <w:pPr>
              <w:jc w:val="both"/>
              <w:rPr>
                <w:rFonts w:cs="Arial"/>
                <w:sz w:val="22"/>
              </w:rPr>
            </w:pPr>
            <w:r w:rsidRPr="007F556E">
              <w:rPr>
                <w:rFonts w:cs="Arial"/>
                <w:b/>
                <w:sz w:val="22"/>
              </w:rPr>
              <w:t>Osoba odpowiedzialna</w:t>
            </w:r>
          </w:p>
        </w:tc>
        <w:tc>
          <w:tcPr>
            <w:tcW w:w="2571" w:type="dxa"/>
            <w:shd w:val="clear" w:color="auto" w:fill="D9EAF7"/>
            <w:vAlign w:val="center"/>
          </w:tcPr>
          <w:p w:rsidR="00380CF9" w:rsidRPr="007F556E" w:rsidRDefault="00563214" w:rsidP="007F556E">
            <w:pPr>
              <w:jc w:val="both"/>
              <w:rPr>
                <w:rFonts w:cs="Arial"/>
                <w:sz w:val="22"/>
              </w:rPr>
            </w:pPr>
            <w:r w:rsidRPr="007F556E">
              <w:rPr>
                <w:rFonts w:cs="Arial"/>
                <w:b/>
                <w:sz w:val="22"/>
              </w:rPr>
              <w:t>Zastępca</w:t>
            </w:r>
          </w:p>
        </w:tc>
        <w:tc>
          <w:tcPr>
            <w:tcW w:w="2462" w:type="dxa"/>
            <w:shd w:val="clear" w:color="auto" w:fill="D9EAF7"/>
            <w:vAlign w:val="center"/>
          </w:tcPr>
          <w:p w:rsidR="00380CF9" w:rsidRPr="007F556E" w:rsidRDefault="00563214" w:rsidP="007F556E">
            <w:pPr>
              <w:jc w:val="both"/>
              <w:rPr>
                <w:rFonts w:cs="Arial"/>
                <w:sz w:val="22"/>
              </w:rPr>
            </w:pPr>
            <w:r w:rsidRPr="007F556E">
              <w:rPr>
                <w:rFonts w:cs="Arial"/>
                <w:b/>
                <w:sz w:val="22"/>
              </w:rPr>
              <w:t>Sposób meldowania / uwagi</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Koordynowanie działaniami</w:t>
            </w:r>
          </w:p>
        </w:tc>
        <w:tc>
          <w:tcPr>
            <w:tcW w:w="2353" w:type="dxa"/>
            <w:shd w:val="clear" w:color="auto" w:fill="FFF2CC"/>
            <w:vAlign w:val="center"/>
          </w:tcPr>
          <w:p w:rsidR="003D1EA9" w:rsidRPr="007F556E" w:rsidRDefault="003D1EA9" w:rsidP="000D3FF9">
            <w:pPr>
              <w:rPr>
                <w:rFonts w:cs="Arial"/>
                <w:color w:val="C00000"/>
                <w:sz w:val="22"/>
                <w:highlight w:val="yellow"/>
              </w:rPr>
            </w:pPr>
            <w:r w:rsidRPr="007F556E">
              <w:rPr>
                <w:rFonts w:cs="Arial"/>
                <w:sz w:val="22"/>
              </w:rPr>
              <w:t>p. Krzysztof Zagórski</w:t>
            </w:r>
            <w:r>
              <w:rPr>
                <w:rFonts w:cs="Arial"/>
                <w:sz w:val="22"/>
              </w:rPr>
              <w:t xml:space="preserve"> – koordynator ds. obrony cywilnej, nauczyciel.</w:t>
            </w:r>
          </w:p>
          <w:p w:rsidR="00380CF9" w:rsidRPr="007F556E" w:rsidRDefault="00380CF9" w:rsidP="000D3FF9">
            <w:pPr>
              <w:rPr>
                <w:rFonts w:cs="Arial"/>
                <w:sz w:val="22"/>
              </w:rPr>
            </w:pPr>
          </w:p>
        </w:tc>
        <w:tc>
          <w:tcPr>
            <w:tcW w:w="2571" w:type="dxa"/>
            <w:shd w:val="clear" w:color="auto" w:fill="FFF2CC"/>
            <w:vAlign w:val="center"/>
          </w:tcPr>
          <w:p w:rsidR="00380CF9" w:rsidRPr="007F556E" w:rsidRDefault="003D1EA9" w:rsidP="000D3FF9">
            <w:pPr>
              <w:rPr>
                <w:rFonts w:cs="Arial"/>
                <w:sz w:val="22"/>
              </w:rPr>
            </w:pPr>
            <w:r>
              <w:rPr>
                <w:rFonts w:cs="Arial"/>
                <w:sz w:val="22"/>
              </w:rPr>
              <w:t>p. Marcin Lewandowski - nauczyciel</w:t>
            </w:r>
          </w:p>
        </w:tc>
        <w:tc>
          <w:tcPr>
            <w:tcW w:w="2462" w:type="dxa"/>
            <w:vAlign w:val="center"/>
          </w:tcPr>
          <w:p w:rsidR="00380CF9" w:rsidRPr="007F556E" w:rsidRDefault="00563214" w:rsidP="00F37603">
            <w:pPr>
              <w:rPr>
                <w:rFonts w:cs="Arial"/>
                <w:sz w:val="22"/>
              </w:rPr>
            </w:pPr>
            <w:r w:rsidRPr="007F556E">
              <w:rPr>
                <w:rFonts w:cs="Arial"/>
                <w:sz w:val="22"/>
              </w:rPr>
              <w:t>Meldunki zbiorcze do dyrektora / osoby kierującej</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Ogłoszenie alarmu</w:t>
            </w:r>
          </w:p>
        </w:tc>
        <w:tc>
          <w:tcPr>
            <w:tcW w:w="2353" w:type="dxa"/>
            <w:shd w:val="clear" w:color="auto" w:fill="FFF2CC"/>
            <w:vAlign w:val="center"/>
          </w:tcPr>
          <w:p w:rsidR="003D1EA9" w:rsidRPr="007F556E" w:rsidRDefault="003D1EA9" w:rsidP="000D3FF9">
            <w:pPr>
              <w:rPr>
                <w:rFonts w:cs="Arial"/>
                <w:color w:val="C00000"/>
                <w:sz w:val="22"/>
                <w:highlight w:val="yellow"/>
              </w:rPr>
            </w:pPr>
            <w:r w:rsidRPr="007F556E">
              <w:rPr>
                <w:rFonts w:cs="Arial"/>
                <w:sz w:val="22"/>
              </w:rPr>
              <w:t>p. Krzysztof Zagórski</w:t>
            </w:r>
            <w:r>
              <w:rPr>
                <w:rFonts w:cs="Arial"/>
                <w:sz w:val="22"/>
              </w:rPr>
              <w:t xml:space="preserve"> – koordynator ds. obrony cywilnej, nauczyciel.</w:t>
            </w:r>
          </w:p>
          <w:p w:rsidR="00380CF9" w:rsidRPr="007F556E" w:rsidRDefault="00380CF9" w:rsidP="000D3FF9">
            <w:pPr>
              <w:rPr>
                <w:rFonts w:cs="Arial"/>
                <w:sz w:val="22"/>
              </w:rPr>
            </w:pPr>
          </w:p>
        </w:tc>
        <w:tc>
          <w:tcPr>
            <w:tcW w:w="2571" w:type="dxa"/>
            <w:shd w:val="clear" w:color="auto" w:fill="FFF2CC"/>
            <w:vAlign w:val="center"/>
          </w:tcPr>
          <w:p w:rsidR="00380CF9" w:rsidRPr="007F556E" w:rsidRDefault="00131AB4" w:rsidP="000D3FF9">
            <w:pPr>
              <w:rPr>
                <w:rFonts w:cs="Arial"/>
                <w:sz w:val="22"/>
              </w:rPr>
            </w:pPr>
            <w:r>
              <w:rPr>
                <w:rFonts w:cs="Arial"/>
                <w:sz w:val="22"/>
              </w:rPr>
              <w:t>p. Tomasz Molka - konserwator</w:t>
            </w:r>
          </w:p>
        </w:tc>
        <w:tc>
          <w:tcPr>
            <w:tcW w:w="2462" w:type="dxa"/>
            <w:shd w:val="clear" w:color="auto" w:fill="FFF2CC"/>
            <w:vAlign w:val="center"/>
          </w:tcPr>
          <w:p w:rsidR="00380CF9" w:rsidRPr="007F556E" w:rsidRDefault="00131AB4" w:rsidP="00F37603">
            <w:pPr>
              <w:rPr>
                <w:rFonts w:cs="Arial"/>
                <w:sz w:val="22"/>
              </w:rPr>
            </w:pPr>
            <w:r>
              <w:rPr>
                <w:rFonts w:cs="Arial"/>
                <w:sz w:val="22"/>
              </w:rPr>
              <w:t>3 krótkie sygnały alarmowe</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Kontakt ze służbami</w:t>
            </w:r>
          </w:p>
        </w:tc>
        <w:tc>
          <w:tcPr>
            <w:tcW w:w="2353" w:type="dxa"/>
            <w:shd w:val="clear" w:color="auto" w:fill="FFF2CC"/>
            <w:vAlign w:val="center"/>
          </w:tcPr>
          <w:p w:rsidR="00380CF9" w:rsidRPr="007F556E" w:rsidRDefault="002A5F61" w:rsidP="000D3FF9">
            <w:pPr>
              <w:rPr>
                <w:rFonts w:cs="Arial"/>
                <w:sz w:val="22"/>
              </w:rPr>
            </w:pPr>
            <w:r>
              <w:rPr>
                <w:rFonts w:cs="Arial"/>
                <w:sz w:val="22"/>
              </w:rPr>
              <w:t>p. Ewa Suchan – Dyrektor Szkoły</w:t>
            </w:r>
          </w:p>
        </w:tc>
        <w:tc>
          <w:tcPr>
            <w:tcW w:w="2571" w:type="dxa"/>
            <w:shd w:val="clear" w:color="auto" w:fill="FFF2CC"/>
            <w:vAlign w:val="center"/>
          </w:tcPr>
          <w:p w:rsidR="00380CF9" w:rsidRPr="007F556E" w:rsidRDefault="002A5F61" w:rsidP="000D3FF9">
            <w:pPr>
              <w:rPr>
                <w:rFonts w:cs="Arial"/>
                <w:sz w:val="22"/>
              </w:rPr>
            </w:pPr>
            <w:r>
              <w:rPr>
                <w:rFonts w:cs="Arial"/>
                <w:sz w:val="22"/>
              </w:rPr>
              <w:t>p. Dorota Ordowska – Społeczny Zastępca Dyrektora Szkoły</w:t>
            </w:r>
          </w:p>
        </w:tc>
        <w:tc>
          <w:tcPr>
            <w:tcW w:w="2462" w:type="dxa"/>
            <w:vAlign w:val="center"/>
          </w:tcPr>
          <w:p w:rsidR="00380CF9" w:rsidRPr="007F556E" w:rsidRDefault="00563214" w:rsidP="00F37603">
            <w:pPr>
              <w:rPr>
                <w:rFonts w:cs="Arial"/>
                <w:sz w:val="22"/>
              </w:rPr>
            </w:pPr>
            <w:r w:rsidRPr="007F556E">
              <w:rPr>
                <w:rFonts w:cs="Arial"/>
                <w:sz w:val="22"/>
              </w:rPr>
              <w:t>112 w razie bezpośredniego zagrożenia</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Kontakt z rodzicami</w:t>
            </w:r>
          </w:p>
        </w:tc>
        <w:tc>
          <w:tcPr>
            <w:tcW w:w="2353" w:type="dxa"/>
            <w:shd w:val="clear" w:color="auto" w:fill="FFF2CC"/>
            <w:vAlign w:val="center"/>
          </w:tcPr>
          <w:p w:rsidR="00380CF9" w:rsidRPr="007F556E" w:rsidRDefault="002A5F61" w:rsidP="000D3FF9">
            <w:pPr>
              <w:rPr>
                <w:rFonts w:cs="Arial"/>
                <w:sz w:val="22"/>
              </w:rPr>
            </w:pPr>
            <w:r>
              <w:rPr>
                <w:rFonts w:cs="Arial"/>
                <w:sz w:val="22"/>
              </w:rPr>
              <w:t>Wychowawcy, Dyrektor Szkoły</w:t>
            </w:r>
          </w:p>
        </w:tc>
        <w:tc>
          <w:tcPr>
            <w:tcW w:w="2571" w:type="dxa"/>
            <w:shd w:val="clear" w:color="auto" w:fill="FFF2CC"/>
            <w:vAlign w:val="center"/>
          </w:tcPr>
          <w:p w:rsidR="00380CF9" w:rsidRPr="007F556E" w:rsidRDefault="002A5F61" w:rsidP="000D3FF9">
            <w:pPr>
              <w:rPr>
                <w:rFonts w:cs="Arial"/>
                <w:sz w:val="22"/>
              </w:rPr>
            </w:pPr>
            <w:r>
              <w:rPr>
                <w:rFonts w:cs="Arial"/>
                <w:sz w:val="22"/>
              </w:rPr>
              <w:t>Pedagog, Psycholog</w:t>
            </w:r>
          </w:p>
        </w:tc>
        <w:tc>
          <w:tcPr>
            <w:tcW w:w="2462" w:type="dxa"/>
            <w:vAlign w:val="center"/>
          </w:tcPr>
          <w:p w:rsidR="00380CF9" w:rsidRPr="007F556E" w:rsidRDefault="00563214" w:rsidP="00F37603">
            <w:pPr>
              <w:rPr>
                <w:rFonts w:cs="Arial"/>
                <w:sz w:val="22"/>
              </w:rPr>
            </w:pPr>
            <w:r w:rsidRPr="007F556E">
              <w:rPr>
                <w:rFonts w:cs="Arial"/>
                <w:sz w:val="22"/>
              </w:rPr>
              <w:t>Tylko zatwierdzone komunikaty</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Zbieranie meldunków o stanie osób</w:t>
            </w:r>
          </w:p>
        </w:tc>
        <w:tc>
          <w:tcPr>
            <w:tcW w:w="2353" w:type="dxa"/>
            <w:shd w:val="clear" w:color="auto" w:fill="FFF2CC"/>
            <w:vAlign w:val="center"/>
          </w:tcPr>
          <w:p w:rsidR="00380CF9" w:rsidRDefault="002A5F61" w:rsidP="000D3FF9">
            <w:pPr>
              <w:rPr>
                <w:rFonts w:cs="Arial"/>
                <w:sz w:val="22"/>
              </w:rPr>
            </w:pPr>
            <w:r w:rsidRPr="007F556E">
              <w:rPr>
                <w:rFonts w:cs="Arial"/>
                <w:sz w:val="22"/>
              </w:rPr>
              <w:t>p. Krzysztof Zagórski – koordynator ds. obrony cywilnej, nauczyciel</w:t>
            </w:r>
          </w:p>
          <w:p w:rsidR="001C478B" w:rsidRPr="007F556E" w:rsidRDefault="001C478B" w:rsidP="000D3FF9">
            <w:pPr>
              <w:rPr>
                <w:rFonts w:cs="Arial"/>
                <w:sz w:val="22"/>
              </w:rPr>
            </w:pPr>
            <w:r>
              <w:rPr>
                <w:rFonts w:cs="Arial"/>
                <w:sz w:val="22"/>
              </w:rPr>
              <w:t>p. Renata Langier – nauczyciel, wychowawca w świetlicy szkolnej</w:t>
            </w:r>
          </w:p>
        </w:tc>
        <w:tc>
          <w:tcPr>
            <w:tcW w:w="2571" w:type="dxa"/>
            <w:shd w:val="clear" w:color="auto" w:fill="FFF2CC"/>
            <w:vAlign w:val="center"/>
          </w:tcPr>
          <w:p w:rsidR="002A5F61" w:rsidRPr="007F556E" w:rsidRDefault="002A5F61" w:rsidP="000D3FF9">
            <w:pPr>
              <w:rPr>
                <w:rFonts w:cs="Arial"/>
                <w:sz w:val="22"/>
              </w:rPr>
            </w:pPr>
            <w:r w:rsidRPr="007F556E">
              <w:rPr>
                <w:rFonts w:cs="Arial"/>
                <w:sz w:val="22"/>
              </w:rPr>
              <w:t xml:space="preserve">p. </w:t>
            </w:r>
            <w:r w:rsidR="001C478B">
              <w:rPr>
                <w:rFonts w:cs="Arial"/>
                <w:sz w:val="22"/>
              </w:rPr>
              <w:t>Agata Mika – nauczyciel, p. Magdalena Adamus - nauczyciel współorganizujący proces kształcenia</w:t>
            </w:r>
          </w:p>
          <w:p w:rsidR="00380CF9" w:rsidRPr="007F556E" w:rsidRDefault="00380CF9" w:rsidP="000D3FF9">
            <w:pPr>
              <w:rPr>
                <w:rFonts w:cs="Arial"/>
                <w:sz w:val="22"/>
              </w:rPr>
            </w:pPr>
          </w:p>
        </w:tc>
        <w:tc>
          <w:tcPr>
            <w:tcW w:w="2462" w:type="dxa"/>
            <w:shd w:val="clear" w:color="auto" w:fill="FFF2CC"/>
            <w:vAlign w:val="center"/>
          </w:tcPr>
          <w:p w:rsidR="00380CF9" w:rsidRPr="007F556E" w:rsidRDefault="00563214" w:rsidP="00F37603">
            <w:pPr>
              <w:rPr>
                <w:rFonts w:cs="Arial"/>
                <w:sz w:val="22"/>
              </w:rPr>
            </w:pPr>
            <w:r w:rsidRPr="007F556E">
              <w:rPr>
                <w:rFonts w:cs="Arial"/>
                <w:sz w:val="22"/>
              </w:rPr>
              <w:t xml:space="preserve">Miejsce / kanał meldowania: </w:t>
            </w:r>
            <w:r w:rsidR="00CF7427">
              <w:t xml:space="preserve">Osobiście w punkcie </w:t>
            </w:r>
            <w:proofErr w:type="gramStart"/>
            <w:r w:rsidR="00CF7427">
              <w:t>zbiórki  lub</w:t>
            </w:r>
            <w:proofErr w:type="gramEnd"/>
            <w:r w:rsidR="00CF7427">
              <w:t xml:space="preserve"> telefonicznie (tel.: 34 3629104)</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Pomoc uczniom wymagającym wsparcia</w:t>
            </w:r>
          </w:p>
        </w:tc>
        <w:tc>
          <w:tcPr>
            <w:tcW w:w="2353" w:type="dxa"/>
            <w:shd w:val="clear" w:color="auto" w:fill="FFF2CC"/>
            <w:vAlign w:val="center"/>
          </w:tcPr>
          <w:p w:rsidR="00380CF9" w:rsidRPr="007F556E" w:rsidRDefault="002A5F61" w:rsidP="000D3FF9">
            <w:pPr>
              <w:rPr>
                <w:rFonts w:cs="Arial"/>
                <w:sz w:val="22"/>
              </w:rPr>
            </w:pPr>
            <w:r>
              <w:rPr>
                <w:rFonts w:cs="Arial"/>
                <w:sz w:val="22"/>
              </w:rPr>
              <w:t>p. Olga Markowska – nauczyciel współorganizujący proces kształcenia</w:t>
            </w:r>
          </w:p>
        </w:tc>
        <w:tc>
          <w:tcPr>
            <w:tcW w:w="2571" w:type="dxa"/>
            <w:shd w:val="clear" w:color="auto" w:fill="FFF2CC"/>
            <w:vAlign w:val="center"/>
          </w:tcPr>
          <w:p w:rsidR="00380CF9" w:rsidRPr="007F556E" w:rsidRDefault="002A5F61" w:rsidP="000D3FF9">
            <w:pPr>
              <w:rPr>
                <w:rFonts w:cs="Arial"/>
                <w:sz w:val="22"/>
              </w:rPr>
            </w:pPr>
            <w:r>
              <w:rPr>
                <w:rFonts w:cs="Arial"/>
                <w:sz w:val="22"/>
              </w:rPr>
              <w:t>p. Ewa Kędziora- nauczyciel współorganizujący proces kształcenia</w:t>
            </w:r>
          </w:p>
        </w:tc>
        <w:tc>
          <w:tcPr>
            <w:tcW w:w="2462" w:type="dxa"/>
            <w:vAlign w:val="center"/>
          </w:tcPr>
          <w:p w:rsidR="00380CF9" w:rsidRPr="007F556E" w:rsidRDefault="00563214" w:rsidP="00F37603">
            <w:pPr>
              <w:rPr>
                <w:rFonts w:cs="Arial"/>
                <w:sz w:val="22"/>
              </w:rPr>
            </w:pPr>
            <w:r w:rsidRPr="007F556E">
              <w:rPr>
                <w:rFonts w:cs="Arial"/>
                <w:sz w:val="22"/>
              </w:rPr>
              <w:t xml:space="preserve">Szczegóły poufne </w:t>
            </w:r>
            <w:r w:rsidR="00271CE9">
              <w:rPr>
                <w:rFonts w:cs="Arial"/>
                <w:sz w:val="22"/>
              </w:rPr>
              <w:br/>
            </w:r>
            <w:r w:rsidRPr="007F556E">
              <w:rPr>
                <w:rFonts w:cs="Arial"/>
                <w:sz w:val="22"/>
              </w:rPr>
              <w:t>w odrębnym wykazie</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Kontrola wejść / kierowanie służb</w:t>
            </w:r>
          </w:p>
        </w:tc>
        <w:tc>
          <w:tcPr>
            <w:tcW w:w="2353" w:type="dxa"/>
            <w:shd w:val="clear" w:color="auto" w:fill="FFF2CC"/>
            <w:vAlign w:val="center"/>
          </w:tcPr>
          <w:p w:rsidR="00380CF9" w:rsidRPr="007F556E" w:rsidRDefault="00A36E1E" w:rsidP="000D3FF9">
            <w:pPr>
              <w:rPr>
                <w:rFonts w:cs="Arial"/>
                <w:sz w:val="22"/>
              </w:rPr>
            </w:pPr>
            <w:r>
              <w:rPr>
                <w:rFonts w:cs="Arial"/>
                <w:sz w:val="22"/>
              </w:rPr>
              <w:t xml:space="preserve">p. Ewa Suchan- Dyrektor Szkoły/ </w:t>
            </w:r>
            <w:r w:rsidR="000D3FF9">
              <w:rPr>
                <w:rFonts w:cs="Arial"/>
                <w:sz w:val="22"/>
              </w:rPr>
              <w:t xml:space="preserve">        </w:t>
            </w:r>
            <w:r>
              <w:rPr>
                <w:rFonts w:cs="Arial"/>
                <w:sz w:val="22"/>
              </w:rPr>
              <w:t>p. Tomasz Molka - konserwator</w:t>
            </w:r>
          </w:p>
        </w:tc>
        <w:tc>
          <w:tcPr>
            <w:tcW w:w="2571" w:type="dxa"/>
            <w:shd w:val="clear" w:color="auto" w:fill="FFF2CC"/>
            <w:vAlign w:val="center"/>
          </w:tcPr>
          <w:p w:rsidR="00380CF9" w:rsidRPr="007F556E" w:rsidRDefault="00A36E1E" w:rsidP="000D3FF9">
            <w:pPr>
              <w:rPr>
                <w:rFonts w:cs="Arial"/>
                <w:sz w:val="22"/>
              </w:rPr>
            </w:pPr>
            <w:r>
              <w:rPr>
                <w:rFonts w:cs="Arial"/>
                <w:sz w:val="22"/>
              </w:rPr>
              <w:t xml:space="preserve">p. Tomasz Klekowski </w:t>
            </w:r>
            <w:r w:rsidR="00B249B6">
              <w:rPr>
                <w:rFonts w:cs="Arial"/>
                <w:sz w:val="22"/>
              </w:rPr>
              <w:t>–</w:t>
            </w:r>
            <w:r>
              <w:rPr>
                <w:rFonts w:cs="Arial"/>
                <w:sz w:val="22"/>
              </w:rPr>
              <w:t xml:space="preserve"> pedagog</w:t>
            </w:r>
            <w:r w:rsidR="00B249B6">
              <w:rPr>
                <w:rFonts w:cs="Arial"/>
                <w:sz w:val="22"/>
              </w:rPr>
              <w:t>/ p. Małgorzata Jagieła - nauczyciel</w:t>
            </w:r>
          </w:p>
        </w:tc>
        <w:tc>
          <w:tcPr>
            <w:tcW w:w="2462" w:type="dxa"/>
            <w:vAlign w:val="center"/>
          </w:tcPr>
          <w:p w:rsidR="00380CF9" w:rsidRPr="007F556E" w:rsidRDefault="00563214" w:rsidP="00F37603">
            <w:pPr>
              <w:rPr>
                <w:rFonts w:cs="Arial"/>
                <w:sz w:val="22"/>
              </w:rPr>
            </w:pPr>
            <w:r w:rsidRPr="007F556E">
              <w:rPr>
                <w:rFonts w:cs="Arial"/>
                <w:sz w:val="22"/>
              </w:rPr>
              <w:t>Nie blokować wyjść ewakuacyjnych</w:t>
            </w:r>
          </w:p>
        </w:tc>
      </w:tr>
      <w:tr w:rsidR="00A42E56" w:rsidRPr="007F556E" w:rsidTr="003D1EA9">
        <w:trPr>
          <w:jc w:val="center"/>
        </w:trPr>
        <w:tc>
          <w:tcPr>
            <w:tcW w:w="2462" w:type="dxa"/>
            <w:vAlign w:val="center"/>
          </w:tcPr>
          <w:p w:rsidR="00380CF9" w:rsidRPr="007F556E" w:rsidRDefault="00563214" w:rsidP="00F37603">
            <w:pPr>
              <w:rPr>
                <w:rFonts w:cs="Arial"/>
                <w:sz w:val="22"/>
              </w:rPr>
            </w:pPr>
            <w:r w:rsidRPr="007F556E">
              <w:rPr>
                <w:rFonts w:cs="Arial"/>
                <w:sz w:val="22"/>
              </w:rPr>
              <w:t>Pracownicy kuchni / stołówki</w:t>
            </w:r>
          </w:p>
        </w:tc>
        <w:tc>
          <w:tcPr>
            <w:tcW w:w="2353" w:type="dxa"/>
            <w:shd w:val="clear" w:color="auto" w:fill="FFF2CC"/>
            <w:vAlign w:val="center"/>
          </w:tcPr>
          <w:p w:rsidR="00380CF9" w:rsidRPr="007F556E" w:rsidRDefault="00CF7427" w:rsidP="000D3FF9">
            <w:pPr>
              <w:rPr>
                <w:rFonts w:cs="Arial"/>
                <w:sz w:val="22"/>
              </w:rPr>
            </w:pPr>
            <w:r>
              <w:rPr>
                <w:rFonts w:cs="Arial"/>
                <w:sz w:val="22"/>
              </w:rPr>
              <w:t>p. Agnieszka Glińska-Kahl/ p. Karolina Skęda</w:t>
            </w:r>
          </w:p>
        </w:tc>
        <w:tc>
          <w:tcPr>
            <w:tcW w:w="2571" w:type="dxa"/>
            <w:shd w:val="clear" w:color="auto" w:fill="FFF2CC"/>
            <w:vAlign w:val="center"/>
          </w:tcPr>
          <w:p w:rsidR="00380CF9" w:rsidRPr="007F556E" w:rsidRDefault="00CF7427" w:rsidP="000D3FF9">
            <w:pPr>
              <w:rPr>
                <w:rFonts w:cs="Arial"/>
                <w:sz w:val="22"/>
              </w:rPr>
            </w:pPr>
            <w:r>
              <w:rPr>
                <w:rFonts w:cs="Arial"/>
                <w:sz w:val="22"/>
              </w:rPr>
              <w:t xml:space="preserve">p. Beata Krygier/ </w:t>
            </w:r>
            <w:r w:rsidR="000D3FF9">
              <w:rPr>
                <w:rFonts w:cs="Arial"/>
                <w:sz w:val="22"/>
              </w:rPr>
              <w:t xml:space="preserve">        </w:t>
            </w:r>
            <w:r>
              <w:rPr>
                <w:rFonts w:cs="Arial"/>
                <w:sz w:val="22"/>
              </w:rPr>
              <w:t>p. Ewelina Spurek</w:t>
            </w:r>
          </w:p>
        </w:tc>
        <w:tc>
          <w:tcPr>
            <w:tcW w:w="2462" w:type="dxa"/>
            <w:shd w:val="clear" w:color="auto" w:fill="FFF2CC"/>
            <w:vAlign w:val="center"/>
          </w:tcPr>
          <w:p w:rsidR="00380CF9" w:rsidRPr="007F556E" w:rsidRDefault="00CF7427" w:rsidP="00F37603">
            <w:pPr>
              <w:rPr>
                <w:rFonts w:cs="Arial"/>
                <w:sz w:val="22"/>
              </w:rPr>
            </w:pPr>
            <w:r>
              <w:rPr>
                <w:rFonts w:cs="Arial"/>
                <w:sz w:val="22"/>
              </w:rPr>
              <w:t>Otworzenie drzwi ewakuacyjnych</w:t>
            </w:r>
            <w:r w:rsidR="0051587F">
              <w:rPr>
                <w:rFonts w:cs="Arial"/>
                <w:sz w:val="22"/>
              </w:rPr>
              <w:t xml:space="preserve">, sprawdzenie </w:t>
            </w:r>
            <w:r w:rsidR="00A42E56">
              <w:rPr>
                <w:rFonts w:cs="Arial"/>
                <w:sz w:val="22"/>
              </w:rPr>
              <w:t xml:space="preserve">pomieszczeń </w:t>
            </w:r>
            <w:r w:rsidR="00472877">
              <w:rPr>
                <w:rFonts w:cs="Arial"/>
                <w:sz w:val="22"/>
              </w:rPr>
              <w:t xml:space="preserve">               </w:t>
            </w:r>
            <w:r w:rsidR="00A42E56">
              <w:rPr>
                <w:rFonts w:cs="Arial"/>
                <w:sz w:val="22"/>
              </w:rPr>
              <w:t xml:space="preserve">w kondygnacji piwnicznej, </w:t>
            </w:r>
            <w:r w:rsidR="0051587F">
              <w:rPr>
                <w:rFonts w:cs="Arial"/>
                <w:sz w:val="22"/>
              </w:rPr>
              <w:t>koordynowanie ewakuacji</w:t>
            </w:r>
          </w:p>
        </w:tc>
      </w:tr>
    </w:tbl>
    <w:p w:rsidR="00380CF9" w:rsidRPr="007F556E" w:rsidRDefault="00380CF9" w:rsidP="007F556E">
      <w:pPr>
        <w:spacing w:after="0" w:line="240" w:lineRule="auto"/>
        <w:jc w:val="both"/>
        <w:rPr>
          <w:rFonts w:cs="Arial"/>
          <w:sz w:val="22"/>
        </w:rPr>
      </w:pPr>
    </w:p>
    <w:p w:rsidR="00380CF9" w:rsidRPr="007F556E" w:rsidRDefault="00563214" w:rsidP="007F556E">
      <w:pPr>
        <w:pStyle w:val="Nagwek1"/>
        <w:spacing w:before="0" w:line="240" w:lineRule="auto"/>
        <w:jc w:val="both"/>
        <w:rPr>
          <w:rFonts w:ascii="Arial" w:hAnsi="Arial" w:cs="Arial"/>
          <w:sz w:val="22"/>
          <w:szCs w:val="22"/>
        </w:rPr>
      </w:pPr>
      <w:r w:rsidRPr="007F556E">
        <w:rPr>
          <w:rFonts w:ascii="Arial" w:hAnsi="Arial" w:cs="Arial"/>
          <w:sz w:val="22"/>
          <w:szCs w:val="22"/>
        </w:rPr>
        <w:t>ZAŁĄCZNIK NR</w:t>
      </w:r>
      <w:r w:rsidR="000C408A">
        <w:rPr>
          <w:rFonts w:ascii="Arial" w:hAnsi="Arial" w:cs="Arial"/>
          <w:sz w:val="22"/>
          <w:szCs w:val="22"/>
        </w:rPr>
        <w:t xml:space="preserve"> 5.</w:t>
      </w:r>
      <w:r w:rsidRPr="007F556E">
        <w:rPr>
          <w:rFonts w:ascii="Arial" w:hAnsi="Arial" w:cs="Arial"/>
          <w:sz w:val="22"/>
          <w:szCs w:val="22"/>
        </w:rPr>
        <w:t xml:space="preserve"> MIEJSCA SCHRONIENIA – WYŁĄCZNIE PO FORMALNYM UZGODNIENIU</w:t>
      </w:r>
    </w:p>
    <w:p w:rsidR="00380CF9" w:rsidRPr="007F556E" w:rsidRDefault="00563214" w:rsidP="007F556E">
      <w:pPr>
        <w:spacing w:after="0" w:line="240" w:lineRule="auto"/>
        <w:jc w:val="both"/>
        <w:rPr>
          <w:rFonts w:cs="Arial"/>
          <w:sz w:val="22"/>
        </w:rPr>
      </w:pPr>
      <w:r w:rsidRPr="007F556E">
        <w:rPr>
          <w:rFonts w:cs="Arial"/>
          <w:sz w:val="22"/>
        </w:rPr>
        <w:t>Nie wpisywać statusu ani pojemności na podstawie przypuszczeń. Wypełnić po pisemnym uzgodnieniu z organem prowadzącym, właścicielem lub zarządcą budynku oraz właściwym organem ochrony ludności.</w:t>
      </w:r>
    </w:p>
    <w:tbl>
      <w:tblPr>
        <w:tblStyle w:val="Tabela-Siatka"/>
        <w:tblW w:w="0" w:type="auto"/>
        <w:jc w:val="center"/>
        <w:tblLook w:val="04A0" w:firstRow="1" w:lastRow="0" w:firstColumn="1" w:lastColumn="0" w:noHBand="0" w:noVBand="1"/>
      </w:tblPr>
      <w:tblGrid>
        <w:gridCol w:w="4924"/>
        <w:gridCol w:w="4924"/>
      </w:tblGrid>
      <w:tr w:rsidR="00380CF9" w:rsidRPr="007F556E">
        <w:trPr>
          <w:jc w:val="center"/>
        </w:trPr>
        <w:tc>
          <w:tcPr>
            <w:tcW w:w="4929" w:type="dxa"/>
            <w:shd w:val="clear" w:color="auto" w:fill="D9EAF7"/>
            <w:vAlign w:val="center"/>
          </w:tcPr>
          <w:p w:rsidR="00380CF9" w:rsidRPr="007F556E" w:rsidRDefault="00563214" w:rsidP="007F556E">
            <w:pPr>
              <w:jc w:val="both"/>
              <w:rPr>
                <w:rFonts w:cs="Arial"/>
                <w:sz w:val="22"/>
              </w:rPr>
            </w:pPr>
            <w:r w:rsidRPr="007F556E">
              <w:rPr>
                <w:rFonts w:cs="Arial"/>
                <w:b/>
                <w:sz w:val="22"/>
              </w:rPr>
              <w:t>Pole</w:t>
            </w:r>
          </w:p>
        </w:tc>
        <w:tc>
          <w:tcPr>
            <w:tcW w:w="4929" w:type="dxa"/>
            <w:shd w:val="clear" w:color="auto" w:fill="D9EAF7"/>
            <w:vAlign w:val="center"/>
          </w:tcPr>
          <w:p w:rsidR="00380CF9" w:rsidRPr="007F556E" w:rsidRDefault="00563214" w:rsidP="007F556E">
            <w:pPr>
              <w:jc w:val="both"/>
              <w:rPr>
                <w:rFonts w:cs="Arial"/>
                <w:sz w:val="22"/>
              </w:rPr>
            </w:pPr>
            <w:r w:rsidRPr="007F556E">
              <w:rPr>
                <w:rFonts w:cs="Arial"/>
                <w:b/>
                <w:sz w:val="22"/>
              </w:rPr>
              <w:t>Dane potwierdzone</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Nazwa i dokładna lokalizacja pomieszczenia / obiektu</w:t>
            </w:r>
          </w:p>
        </w:tc>
        <w:tc>
          <w:tcPr>
            <w:tcW w:w="4929" w:type="dxa"/>
            <w:shd w:val="clear" w:color="auto" w:fill="FFF2CC"/>
            <w:vAlign w:val="center"/>
          </w:tcPr>
          <w:p w:rsidR="00380CF9" w:rsidRPr="007F556E" w:rsidRDefault="004E1902" w:rsidP="007F556E">
            <w:pPr>
              <w:jc w:val="both"/>
              <w:rPr>
                <w:rFonts w:cs="Arial"/>
                <w:sz w:val="22"/>
              </w:rPr>
            </w:pPr>
            <w:r>
              <w:rPr>
                <w:rFonts w:cs="Arial"/>
                <w:sz w:val="22"/>
              </w:rPr>
              <w:t xml:space="preserve">Szkoła Podstawowa nr 37 im. Jana Pawła II </w:t>
            </w:r>
            <w:r w:rsidR="00271CE9">
              <w:rPr>
                <w:rFonts w:cs="Arial"/>
                <w:sz w:val="22"/>
              </w:rPr>
              <w:br/>
            </w:r>
            <w:r>
              <w:rPr>
                <w:rFonts w:cs="Arial"/>
                <w:sz w:val="22"/>
              </w:rPr>
              <w:t>w Częstochowie, ul. Wielkoborska 54, 42-202 Częstochowa</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Status lub dopuszczony sposób opisania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 na podstawie dokumentu]]</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Podstawa potwierdzenia / data / organ</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Potwierdzona pojemność</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 — nie szacować samodzielnie]]</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Dostępność / godziny / klucze</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Ograniczenia i warunki korzystania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Osoba kontaktowa i zastępca</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Przydział klas / grup</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Drogi podstawowe i alternatywne wewnątrz budynku</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 po uzgodnieniu]]</w:t>
            </w:r>
          </w:p>
        </w:tc>
      </w:tr>
      <w:tr w:rsidR="00380CF9" w:rsidRPr="007F556E">
        <w:trPr>
          <w:jc w:val="center"/>
        </w:trPr>
        <w:tc>
          <w:tcPr>
            <w:tcW w:w="4929" w:type="dxa"/>
            <w:vAlign w:val="center"/>
          </w:tcPr>
          <w:p w:rsidR="00380CF9" w:rsidRPr="007F556E" w:rsidRDefault="00563214" w:rsidP="007F556E">
            <w:pPr>
              <w:jc w:val="both"/>
              <w:rPr>
                <w:rFonts w:cs="Arial"/>
                <w:sz w:val="22"/>
              </w:rPr>
            </w:pPr>
            <w:r w:rsidRPr="007F556E">
              <w:rPr>
                <w:rFonts w:cs="Arial"/>
                <w:sz w:val="22"/>
              </w:rPr>
              <w:t>Czy przewidziano osoby z zewnątrz i na jakich zasadach</w:t>
            </w:r>
          </w:p>
        </w:tc>
        <w:tc>
          <w:tcPr>
            <w:tcW w:w="4929" w:type="dxa"/>
            <w:shd w:val="clear" w:color="auto" w:fill="FFF2CC"/>
            <w:vAlign w:val="center"/>
          </w:tcPr>
          <w:p w:rsidR="00380CF9" w:rsidRPr="007F556E" w:rsidRDefault="00563214" w:rsidP="007F556E">
            <w:pPr>
              <w:jc w:val="both"/>
              <w:rPr>
                <w:rFonts w:cs="Arial"/>
                <w:sz w:val="22"/>
              </w:rPr>
            </w:pPr>
            <w:r w:rsidRPr="007F556E">
              <w:rPr>
                <w:rFonts w:cs="Arial"/>
                <w:sz w:val="22"/>
              </w:rPr>
              <w:t>[[UZUPEŁNIĆ po uzgodnieniu]]</w:t>
            </w:r>
          </w:p>
        </w:tc>
      </w:tr>
    </w:tbl>
    <w:p w:rsidR="00380CF9" w:rsidRPr="007F556E" w:rsidRDefault="00380CF9" w:rsidP="007F556E">
      <w:pPr>
        <w:spacing w:after="0" w:line="240" w:lineRule="auto"/>
        <w:jc w:val="both"/>
        <w:rPr>
          <w:rFonts w:cs="Arial"/>
          <w:sz w:val="22"/>
        </w:rPr>
      </w:pPr>
    </w:p>
    <w:p w:rsidR="001F5F8B" w:rsidRDefault="001F5F8B">
      <w:pPr>
        <w:rPr>
          <w:rFonts w:eastAsiaTheme="majorEastAsia" w:cs="Arial"/>
          <w:b/>
          <w:bCs/>
          <w:color w:val="365F91" w:themeColor="accent1" w:themeShade="BF"/>
          <w:sz w:val="22"/>
        </w:rPr>
      </w:pPr>
      <w:r>
        <w:rPr>
          <w:rFonts w:cs="Arial"/>
          <w:sz w:val="22"/>
        </w:rPr>
        <w:br w:type="page"/>
      </w:r>
    </w:p>
    <w:p w:rsidR="00380CF9" w:rsidRPr="007F556E" w:rsidRDefault="00563214" w:rsidP="007F556E">
      <w:pPr>
        <w:pStyle w:val="Nagwek1"/>
        <w:spacing w:before="0" w:line="240" w:lineRule="auto"/>
        <w:jc w:val="both"/>
        <w:rPr>
          <w:rFonts w:ascii="Arial" w:hAnsi="Arial" w:cs="Arial"/>
          <w:sz w:val="22"/>
          <w:szCs w:val="22"/>
        </w:rPr>
      </w:pPr>
      <w:r w:rsidRPr="007F556E">
        <w:rPr>
          <w:rFonts w:ascii="Arial" w:hAnsi="Arial" w:cs="Arial"/>
          <w:sz w:val="22"/>
          <w:szCs w:val="22"/>
        </w:rPr>
        <w:t xml:space="preserve">ZAŁĄCZNIK NR </w:t>
      </w:r>
      <w:r w:rsidR="000C408A">
        <w:rPr>
          <w:rFonts w:ascii="Arial" w:hAnsi="Arial" w:cs="Arial"/>
          <w:sz w:val="22"/>
          <w:szCs w:val="22"/>
        </w:rPr>
        <w:t xml:space="preserve">6. </w:t>
      </w:r>
      <w:r w:rsidRPr="007F556E">
        <w:rPr>
          <w:rFonts w:ascii="Arial" w:hAnsi="Arial" w:cs="Arial"/>
          <w:sz w:val="22"/>
          <w:szCs w:val="22"/>
        </w:rPr>
        <w:t>KONTAKTY I KANAŁY KOMUNIKACJI</w:t>
      </w:r>
    </w:p>
    <w:tbl>
      <w:tblPr>
        <w:tblStyle w:val="Tabela-Siatka"/>
        <w:tblW w:w="0" w:type="auto"/>
        <w:jc w:val="center"/>
        <w:tblLook w:val="04A0" w:firstRow="1" w:lastRow="0" w:firstColumn="1" w:lastColumn="0" w:noHBand="0" w:noVBand="1"/>
      </w:tblPr>
      <w:tblGrid>
        <w:gridCol w:w="4924"/>
        <w:gridCol w:w="4924"/>
      </w:tblGrid>
      <w:tr w:rsidR="00380CF9" w:rsidRPr="007F556E" w:rsidTr="007E7E69">
        <w:trPr>
          <w:jc w:val="center"/>
        </w:trPr>
        <w:tc>
          <w:tcPr>
            <w:tcW w:w="4924" w:type="dxa"/>
            <w:shd w:val="clear" w:color="auto" w:fill="D9EAF7"/>
            <w:vAlign w:val="center"/>
          </w:tcPr>
          <w:p w:rsidR="00380CF9" w:rsidRPr="007F556E" w:rsidRDefault="00563214" w:rsidP="007F556E">
            <w:pPr>
              <w:jc w:val="both"/>
              <w:rPr>
                <w:rFonts w:cs="Arial"/>
                <w:sz w:val="22"/>
              </w:rPr>
            </w:pPr>
            <w:r w:rsidRPr="007F556E">
              <w:rPr>
                <w:rFonts w:cs="Arial"/>
                <w:b/>
                <w:sz w:val="22"/>
              </w:rPr>
              <w:t>Kontakt / funkcja</w:t>
            </w:r>
          </w:p>
        </w:tc>
        <w:tc>
          <w:tcPr>
            <w:tcW w:w="4924" w:type="dxa"/>
            <w:shd w:val="clear" w:color="auto" w:fill="D9EAF7"/>
            <w:vAlign w:val="center"/>
          </w:tcPr>
          <w:p w:rsidR="00380CF9" w:rsidRPr="007F556E" w:rsidRDefault="00563214" w:rsidP="007F556E">
            <w:pPr>
              <w:jc w:val="both"/>
              <w:rPr>
                <w:rFonts w:cs="Arial"/>
                <w:sz w:val="22"/>
              </w:rPr>
            </w:pPr>
            <w:r w:rsidRPr="007F556E">
              <w:rPr>
                <w:rFonts w:cs="Arial"/>
                <w:b/>
                <w:sz w:val="22"/>
              </w:rPr>
              <w:t>Dane do wpisania i sprawdzenia</w:t>
            </w:r>
          </w:p>
        </w:tc>
      </w:tr>
      <w:tr w:rsidR="00380CF9" w:rsidRPr="007F556E" w:rsidTr="007E7E69">
        <w:trPr>
          <w:jc w:val="center"/>
        </w:trPr>
        <w:tc>
          <w:tcPr>
            <w:tcW w:w="4924" w:type="dxa"/>
            <w:vAlign w:val="center"/>
          </w:tcPr>
          <w:p w:rsidR="00380CF9" w:rsidRPr="007F556E" w:rsidRDefault="00563214" w:rsidP="007F556E">
            <w:pPr>
              <w:jc w:val="both"/>
              <w:rPr>
                <w:rFonts w:cs="Arial"/>
                <w:sz w:val="22"/>
              </w:rPr>
            </w:pPr>
            <w:r w:rsidRPr="007F556E">
              <w:rPr>
                <w:rFonts w:cs="Arial"/>
                <w:sz w:val="22"/>
              </w:rPr>
              <w:t>Dyrektor / zastępca</w:t>
            </w:r>
          </w:p>
        </w:tc>
        <w:tc>
          <w:tcPr>
            <w:tcW w:w="4924" w:type="dxa"/>
            <w:shd w:val="clear" w:color="auto" w:fill="FFF2CC"/>
            <w:vAlign w:val="center"/>
          </w:tcPr>
          <w:p w:rsidR="00380CF9" w:rsidRPr="007F556E" w:rsidRDefault="006C1C1B" w:rsidP="006C1C1B">
            <w:pPr>
              <w:rPr>
                <w:rFonts w:cs="Arial"/>
                <w:sz w:val="22"/>
              </w:rPr>
            </w:pPr>
            <w:r>
              <w:t>tel.: 34 362 91 04/ e-mail: sp37@edukacja.czestochowa.pl</w:t>
            </w:r>
          </w:p>
        </w:tc>
      </w:tr>
      <w:tr w:rsidR="00380CF9" w:rsidRPr="007F556E" w:rsidTr="007E7E69">
        <w:trPr>
          <w:jc w:val="center"/>
        </w:trPr>
        <w:tc>
          <w:tcPr>
            <w:tcW w:w="4924" w:type="dxa"/>
            <w:vAlign w:val="center"/>
          </w:tcPr>
          <w:p w:rsidR="00380CF9" w:rsidRPr="007F556E" w:rsidRDefault="00563214" w:rsidP="007F556E">
            <w:pPr>
              <w:jc w:val="both"/>
              <w:rPr>
                <w:rFonts w:cs="Arial"/>
                <w:sz w:val="22"/>
              </w:rPr>
            </w:pPr>
            <w:r w:rsidRPr="007F556E">
              <w:rPr>
                <w:rFonts w:cs="Arial"/>
                <w:sz w:val="22"/>
              </w:rPr>
              <w:t>Organ prowadzący</w:t>
            </w:r>
          </w:p>
        </w:tc>
        <w:tc>
          <w:tcPr>
            <w:tcW w:w="4924" w:type="dxa"/>
            <w:shd w:val="clear" w:color="auto" w:fill="FFF2CC"/>
            <w:vAlign w:val="center"/>
          </w:tcPr>
          <w:p w:rsidR="00380CF9" w:rsidRPr="007F556E" w:rsidRDefault="006C1C1B" w:rsidP="006C1C1B">
            <w:pPr>
              <w:rPr>
                <w:rFonts w:cs="Arial"/>
                <w:sz w:val="22"/>
              </w:rPr>
            </w:pPr>
            <w:r>
              <w:t>Wydział Edukacji Urzędu Miasta Częstochowy/ tel.: 34 370 75 01</w:t>
            </w:r>
            <w:r w:rsidR="00D937FD">
              <w:t xml:space="preserve"> lub</w:t>
            </w:r>
            <w:r>
              <w:t xml:space="preserve"> 34 370 75 46/ e-mail: ed@czestochowa.um.gov.pl</w:t>
            </w:r>
          </w:p>
        </w:tc>
      </w:tr>
      <w:tr w:rsidR="00380CF9" w:rsidRPr="007F556E" w:rsidTr="007E7E69">
        <w:trPr>
          <w:jc w:val="center"/>
        </w:trPr>
        <w:tc>
          <w:tcPr>
            <w:tcW w:w="4924" w:type="dxa"/>
            <w:vAlign w:val="center"/>
          </w:tcPr>
          <w:p w:rsidR="00380CF9" w:rsidRPr="007F556E" w:rsidRDefault="00563214" w:rsidP="007F556E">
            <w:pPr>
              <w:jc w:val="both"/>
              <w:rPr>
                <w:rFonts w:cs="Arial"/>
                <w:sz w:val="22"/>
              </w:rPr>
            </w:pPr>
            <w:r w:rsidRPr="007F556E">
              <w:rPr>
                <w:rFonts w:cs="Arial"/>
                <w:sz w:val="22"/>
              </w:rPr>
              <w:t>Właściwy organ ochrony ludności</w:t>
            </w:r>
          </w:p>
        </w:tc>
        <w:tc>
          <w:tcPr>
            <w:tcW w:w="4924" w:type="dxa"/>
            <w:shd w:val="clear" w:color="auto" w:fill="FFF2CC"/>
            <w:vAlign w:val="center"/>
          </w:tcPr>
          <w:p w:rsidR="00380CF9" w:rsidRPr="007F556E" w:rsidRDefault="00D937FD" w:rsidP="006C1C1B">
            <w:pPr>
              <w:rPr>
                <w:rFonts w:cs="Arial"/>
                <w:sz w:val="22"/>
              </w:rPr>
            </w:pPr>
            <w:r>
              <w:t xml:space="preserve">Centrum Zarządzania Kryzysowego Urzędu Miasta Częstochowy/ tel.: </w:t>
            </w:r>
            <w:r w:rsidRPr="00D937FD">
              <w:rPr>
                <w:rStyle w:val="Pogrubienie"/>
                <w:rFonts w:cs="Arial"/>
                <w:b w:val="0"/>
              </w:rPr>
              <w:t>34 370 78 61</w:t>
            </w:r>
            <w:r w:rsidRPr="00D937FD">
              <w:rPr>
                <w:b/>
              </w:rPr>
              <w:t xml:space="preserve"> </w:t>
            </w:r>
            <w:r w:rsidRPr="00D937FD">
              <w:t>lub</w:t>
            </w:r>
            <w:r w:rsidRPr="00D937FD">
              <w:rPr>
                <w:b/>
              </w:rPr>
              <w:t xml:space="preserve"> </w:t>
            </w:r>
            <w:r w:rsidRPr="00D937FD">
              <w:rPr>
                <w:rStyle w:val="Pogrubienie"/>
                <w:rFonts w:cs="Arial"/>
                <w:b w:val="0"/>
              </w:rPr>
              <w:t>34 370 78 62</w:t>
            </w:r>
          </w:p>
        </w:tc>
      </w:tr>
      <w:tr w:rsidR="007E7E69" w:rsidRPr="007F556E" w:rsidTr="007E7E69">
        <w:trPr>
          <w:jc w:val="center"/>
        </w:trPr>
        <w:tc>
          <w:tcPr>
            <w:tcW w:w="4924" w:type="dxa"/>
            <w:vAlign w:val="center"/>
          </w:tcPr>
          <w:p w:rsidR="007E7E69" w:rsidRPr="007F556E" w:rsidRDefault="007E7E69" w:rsidP="007F556E">
            <w:pPr>
              <w:jc w:val="both"/>
              <w:rPr>
                <w:rFonts w:cs="Arial"/>
                <w:sz w:val="22"/>
              </w:rPr>
            </w:pPr>
            <w:r w:rsidRPr="007F556E">
              <w:rPr>
                <w:rFonts w:cs="Arial"/>
                <w:sz w:val="22"/>
              </w:rPr>
              <w:t xml:space="preserve">Państwowa Straż Pożarna / Policja / </w:t>
            </w:r>
            <w:r w:rsidR="00EF6BC5">
              <w:rPr>
                <w:rFonts w:cs="Arial"/>
                <w:sz w:val="22"/>
              </w:rPr>
              <w:t>P</w:t>
            </w:r>
            <w:r w:rsidRPr="007F556E">
              <w:rPr>
                <w:rFonts w:cs="Arial"/>
                <w:sz w:val="22"/>
              </w:rPr>
              <w:t>ogotowie</w:t>
            </w:r>
            <w:r w:rsidR="001A4B18">
              <w:rPr>
                <w:rFonts w:cs="Arial"/>
                <w:sz w:val="22"/>
              </w:rPr>
              <w:t xml:space="preserve">/ </w:t>
            </w:r>
            <w:r w:rsidR="001A4B18">
              <w:t>Straż Miejska w Częstochowie</w:t>
            </w:r>
          </w:p>
        </w:tc>
        <w:tc>
          <w:tcPr>
            <w:tcW w:w="4924" w:type="dxa"/>
            <w:shd w:val="clear" w:color="auto" w:fill="FFF2CC"/>
            <w:vAlign w:val="center"/>
          </w:tcPr>
          <w:p w:rsidR="007E7E69" w:rsidRPr="007F556E" w:rsidRDefault="001A4B18" w:rsidP="006C1C1B">
            <w:pPr>
              <w:rPr>
                <w:rFonts w:cs="Arial"/>
                <w:sz w:val="22"/>
              </w:rPr>
            </w:pPr>
            <w:r>
              <w:rPr>
                <w:rFonts w:cs="Arial"/>
                <w:sz w:val="22"/>
              </w:rPr>
              <w:t xml:space="preserve">tel.: </w:t>
            </w:r>
            <w:r w:rsidR="007E7E69">
              <w:rPr>
                <w:rFonts w:cs="Arial"/>
                <w:sz w:val="22"/>
              </w:rPr>
              <w:t>112- numer alarmowy</w:t>
            </w:r>
            <w:r w:rsidR="00EF6BC5">
              <w:rPr>
                <w:rFonts w:cs="Arial"/>
                <w:sz w:val="22"/>
              </w:rPr>
              <w:t xml:space="preserve">/ </w:t>
            </w:r>
            <w:r>
              <w:rPr>
                <w:rFonts w:cs="Arial"/>
                <w:sz w:val="22"/>
              </w:rPr>
              <w:t xml:space="preserve">998/ 997/ 999/ </w:t>
            </w:r>
            <w:r w:rsidRPr="001A4B18">
              <w:rPr>
                <w:rStyle w:val="Pogrubienie"/>
                <w:rFonts w:cs="Arial"/>
                <w:b w:val="0"/>
              </w:rPr>
              <w:t>986</w:t>
            </w:r>
            <w:r w:rsidRPr="001A4B18">
              <w:rPr>
                <w:b/>
              </w:rPr>
              <w:t xml:space="preserve"> </w:t>
            </w:r>
            <w:r w:rsidRPr="001A4B18">
              <w:t>lub całodobowy:</w:t>
            </w:r>
            <w:r w:rsidRPr="001A4B18">
              <w:rPr>
                <w:b/>
              </w:rPr>
              <w:t xml:space="preserve"> </w:t>
            </w:r>
            <w:r w:rsidRPr="001A4B18">
              <w:rPr>
                <w:rStyle w:val="Pogrubienie"/>
                <w:rFonts w:cs="Arial"/>
                <w:b w:val="0"/>
              </w:rPr>
              <w:t>34 368 59 00</w:t>
            </w:r>
          </w:p>
        </w:tc>
      </w:tr>
      <w:tr w:rsidR="00380CF9" w:rsidRPr="007F556E" w:rsidTr="007E7E69">
        <w:trPr>
          <w:jc w:val="center"/>
        </w:trPr>
        <w:tc>
          <w:tcPr>
            <w:tcW w:w="4924" w:type="dxa"/>
            <w:vAlign w:val="center"/>
          </w:tcPr>
          <w:p w:rsidR="00380CF9" w:rsidRPr="007F556E" w:rsidRDefault="00563214" w:rsidP="007F556E">
            <w:pPr>
              <w:jc w:val="both"/>
              <w:rPr>
                <w:rFonts w:cs="Arial"/>
                <w:sz w:val="22"/>
              </w:rPr>
            </w:pPr>
            <w:r w:rsidRPr="007F556E">
              <w:rPr>
                <w:rFonts w:cs="Arial"/>
                <w:sz w:val="22"/>
              </w:rPr>
              <w:t>Dostawca energii / gazu / wody /</w:t>
            </w:r>
          </w:p>
        </w:tc>
        <w:tc>
          <w:tcPr>
            <w:tcW w:w="4924" w:type="dxa"/>
            <w:shd w:val="clear" w:color="auto" w:fill="FFF2CC"/>
            <w:vAlign w:val="center"/>
          </w:tcPr>
          <w:p w:rsidR="00380CF9" w:rsidRPr="001C655F" w:rsidRDefault="001C655F" w:rsidP="001C655F">
            <w:pPr>
              <w:rPr>
                <w:rFonts w:eastAsia="Times New Roman" w:cs="Arial"/>
                <w:szCs w:val="19"/>
                <w:lang w:val="pl-PL" w:eastAsia="pl-PL"/>
              </w:rPr>
            </w:pPr>
            <w:r w:rsidRPr="00CA74EA">
              <w:rPr>
                <w:rStyle w:val="Pogrubienie"/>
                <w:rFonts w:cs="Arial"/>
                <w:b w:val="0"/>
                <w:szCs w:val="19"/>
              </w:rPr>
              <w:t>Pogotowie Energetyczne (Tauron):</w:t>
            </w:r>
            <w:r w:rsidRPr="00CA74EA">
              <w:rPr>
                <w:rFonts w:cs="Arial"/>
                <w:b/>
                <w:szCs w:val="19"/>
              </w:rPr>
              <w:t xml:space="preserve"> </w:t>
            </w:r>
            <w:r w:rsidRPr="00CA74EA">
              <w:rPr>
                <w:rStyle w:val="Pogrubienie"/>
                <w:rFonts w:cs="Arial"/>
                <w:b w:val="0"/>
                <w:szCs w:val="19"/>
              </w:rPr>
              <w:t>991/ Pogotowie Gazowe (PSG</w:t>
            </w:r>
            <w:r w:rsidRPr="001C655F">
              <w:rPr>
                <w:rStyle w:val="Pogrubienie"/>
                <w:rFonts w:cs="Arial"/>
                <w:szCs w:val="19"/>
              </w:rPr>
              <w:t>):</w:t>
            </w:r>
            <w:r w:rsidRPr="001C655F">
              <w:rPr>
                <w:rFonts w:cs="Arial"/>
                <w:szCs w:val="19"/>
              </w:rPr>
              <w:t xml:space="preserve"> </w:t>
            </w:r>
            <w:r w:rsidRPr="00CA74EA">
              <w:rPr>
                <w:rStyle w:val="Pogrubienie"/>
                <w:rFonts w:cs="Arial"/>
                <w:b w:val="0"/>
                <w:szCs w:val="19"/>
              </w:rPr>
              <w:t>992/ Pogotowie Wodociągowo-Kanalizacyjne (Wodociągi Częstochowskie):</w:t>
            </w:r>
            <w:r w:rsidRPr="00CA74EA">
              <w:rPr>
                <w:rFonts w:cs="Arial"/>
                <w:b/>
                <w:szCs w:val="19"/>
              </w:rPr>
              <w:t xml:space="preserve"> </w:t>
            </w:r>
            <w:r w:rsidRPr="00CA74EA">
              <w:rPr>
                <w:rStyle w:val="Pogrubienie"/>
                <w:rFonts w:cs="Arial"/>
                <w:b w:val="0"/>
                <w:szCs w:val="19"/>
              </w:rPr>
              <w:t>994</w:t>
            </w:r>
            <w:r w:rsidRPr="001C655F">
              <w:rPr>
                <w:rFonts w:cs="Arial"/>
                <w:szCs w:val="19"/>
              </w:rPr>
              <w:t xml:space="preserve"> lub stacjonarne numery dyspozytorni całodobowej: </w:t>
            </w:r>
            <w:r w:rsidRPr="00CA74EA">
              <w:rPr>
                <w:rStyle w:val="Pogrubienie"/>
                <w:rFonts w:cs="Arial"/>
                <w:b w:val="0"/>
                <w:szCs w:val="19"/>
              </w:rPr>
              <w:t>34 377 31 99</w:t>
            </w:r>
            <w:r w:rsidRPr="001C655F">
              <w:rPr>
                <w:rFonts w:cs="Arial"/>
                <w:szCs w:val="19"/>
              </w:rPr>
              <w:t xml:space="preserve"> oraz </w:t>
            </w:r>
            <w:r w:rsidRPr="00CA74EA">
              <w:rPr>
                <w:rStyle w:val="Pogrubienie"/>
                <w:rFonts w:cs="Arial"/>
                <w:b w:val="0"/>
                <w:szCs w:val="19"/>
              </w:rPr>
              <w:t xml:space="preserve">34 377 32 99/ </w:t>
            </w:r>
            <w:r w:rsidRPr="00CA74EA">
              <w:rPr>
                <w:rFonts w:eastAsia="Times New Roman" w:cs="Arial"/>
                <w:bCs/>
                <w:szCs w:val="19"/>
                <w:lang w:val="pl-PL" w:eastAsia="pl-PL"/>
              </w:rPr>
              <w:t>Pogotowie Ciepłownicze (Fortum):</w:t>
            </w:r>
            <w:r w:rsidRPr="00CA74EA">
              <w:rPr>
                <w:rFonts w:eastAsia="Times New Roman" w:cs="Arial"/>
                <w:szCs w:val="19"/>
                <w:lang w:val="pl-PL" w:eastAsia="pl-PL"/>
              </w:rPr>
              <w:t xml:space="preserve"> </w:t>
            </w:r>
            <w:r w:rsidRPr="00CA74EA">
              <w:rPr>
                <w:rFonts w:eastAsia="Times New Roman" w:cs="Arial"/>
                <w:bCs/>
                <w:szCs w:val="19"/>
                <w:lang w:val="pl-PL" w:eastAsia="pl-PL"/>
              </w:rPr>
              <w:t>993</w:t>
            </w:r>
            <w:r w:rsidRPr="001C655F">
              <w:rPr>
                <w:rFonts w:eastAsia="Times New Roman" w:cs="Arial"/>
                <w:szCs w:val="19"/>
                <w:lang w:val="pl-PL" w:eastAsia="pl-PL"/>
              </w:rPr>
              <w:t xml:space="preserve"> (lub </w:t>
            </w:r>
            <w:r w:rsidRPr="00CA74EA">
              <w:rPr>
                <w:rFonts w:eastAsia="Times New Roman" w:cs="Arial"/>
                <w:bCs/>
                <w:szCs w:val="19"/>
                <w:lang w:val="pl-PL" w:eastAsia="pl-PL"/>
              </w:rPr>
              <w:t>22 489 02 14)</w:t>
            </w:r>
          </w:p>
        </w:tc>
      </w:tr>
      <w:tr w:rsidR="00380CF9" w:rsidRPr="007F556E" w:rsidTr="007E7E69">
        <w:trPr>
          <w:jc w:val="center"/>
        </w:trPr>
        <w:tc>
          <w:tcPr>
            <w:tcW w:w="4924" w:type="dxa"/>
            <w:vAlign w:val="center"/>
          </w:tcPr>
          <w:p w:rsidR="00380CF9" w:rsidRPr="007F556E" w:rsidRDefault="00563214" w:rsidP="007F556E">
            <w:pPr>
              <w:jc w:val="both"/>
              <w:rPr>
                <w:rFonts w:cs="Arial"/>
                <w:sz w:val="22"/>
              </w:rPr>
            </w:pPr>
            <w:r w:rsidRPr="007F556E">
              <w:rPr>
                <w:rFonts w:cs="Arial"/>
                <w:sz w:val="22"/>
              </w:rPr>
              <w:t>Podstawowy kanał komunikacji z rodzicami</w:t>
            </w:r>
          </w:p>
        </w:tc>
        <w:tc>
          <w:tcPr>
            <w:tcW w:w="4924" w:type="dxa"/>
            <w:shd w:val="clear" w:color="auto" w:fill="FFF2CC"/>
            <w:vAlign w:val="center"/>
          </w:tcPr>
          <w:p w:rsidR="00380CF9" w:rsidRPr="007F556E" w:rsidRDefault="007837BB" w:rsidP="006C1C1B">
            <w:pPr>
              <w:rPr>
                <w:rFonts w:cs="Arial"/>
                <w:sz w:val="22"/>
              </w:rPr>
            </w:pPr>
            <w:r>
              <w:rPr>
                <w:rFonts w:cs="Arial"/>
                <w:sz w:val="22"/>
              </w:rPr>
              <w:t>SMS/ telefon/ e-dziennik</w:t>
            </w:r>
          </w:p>
        </w:tc>
      </w:tr>
    </w:tbl>
    <w:p w:rsidR="00380CF9" w:rsidRPr="007F556E" w:rsidRDefault="00563214" w:rsidP="00524E87">
      <w:pPr>
        <w:pStyle w:val="Nagwek1"/>
        <w:spacing w:before="240" w:line="240" w:lineRule="auto"/>
        <w:jc w:val="both"/>
        <w:rPr>
          <w:rFonts w:ascii="Arial" w:hAnsi="Arial" w:cs="Arial"/>
          <w:sz w:val="22"/>
          <w:szCs w:val="22"/>
        </w:rPr>
      </w:pPr>
      <w:r w:rsidRPr="007F556E">
        <w:rPr>
          <w:rFonts w:ascii="Arial" w:hAnsi="Arial" w:cs="Arial"/>
          <w:sz w:val="22"/>
          <w:szCs w:val="22"/>
        </w:rPr>
        <w:t xml:space="preserve">ZAŁĄCZNIK NR </w:t>
      </w:r>
      <w:r w:rsidR="000C408A">
        <w:rPr>
          <w:rFonts w:ascii="Arial" w:hAnsi="Arial" w:cs="Arial"/>
          <w:sz w:val="22"/>
          <w:szCs w:val="22"/>
        </w:rPr>
        <w:t>7</w:t>
      </w:r>
      <w:r w:rsidRPr="007F556E">
        <w:rPr>
          <w:rFonts w:ascii="Arial" w:hAnsi="Arial" w:cs="Arial"/>
          <w:sz w:val="22"/>
          <w:szCs w:val="22"/>
        </w:rPr>
        <w:t>. LISTA KONTROLNA PRZED ZATWIERDZENIEM</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Zweryfikowano procedurę z aktualną Instrukcją Bezpieczeństwa Pożarowego i planami ewakuacji.</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Wpisano podstawowe i alternatywne miejsca zbiórki zgodne z dokumentacją.</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Ustalono sposób alarmowania podstawowego i zastępczego.</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Wskazano osobę zastępującą dyrektora oraz zastępstwa dla kluczowych funkcji.</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Uzupełniono przydział dyżurów i zadań podczas przerw.</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Potwierdzono pisemnie status i pojemność miejsc schronienia albo wyraźnie wskazano, że nie zostały jeszcze potwierdzone.</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Porównano największą przewidywaną liczbę osób z potwierdzoną pojemnością miejsc.</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Określono pomoc dla uczniów wymagających wsparcia z zachowaniem poufności.</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Ustalono podstawowy i zastępczy kanał komunikacji z rodzicami.</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Wyznaczono osoby odpowiedzialne za ćwiczenia, dokumentację i przegląd procedury.</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Pracownicy zostali zapoznani z procedurą, a uczniowie z zasadami odpowiednimi do wieku.</w:t>
      </w:r>
    </w:p>
    <w:p w:rsidR="00380CF9" w:rsidRPr="007F556E" w:rsidRDefault="00563214" w:rsidP="007F556E">
      <w:pPr>
        <w:spacing w:after="0" w:line="240" w:lineRule="auto"/>
        <w:jc w:val="both"/>
        <w:rPr>
          <w:rFonts w:cs="Arial"/>
          <w:sz w:val="22"/>
        </w:rPr>
      </w:pPr>
      <w:r w:rsidRPr="007F556E">
        <w:rPr>
          <w:rFonts w:ascii="Segoe UI Symbol" w:hAnsi="Segoe UI Symbol" w:cs="Segoe UI Symbol"/>
          <w:sz w:val="22"/>
        </w:rPr>
        <w:t>☐</w:t>
      </w:r>
      <w:r w:rsidRPr="007F556E">
        <w:rPr>
          <w:rFonts w:cs="Arial"/>
          <w:sz w:val="22"/>
        </w:rPr>
        <w:t xml:space="preserve"> Wypełniono datę zatwierdzenia, numer zarządzenia i podpis dyrektora.</w:t>
      </w:r>
    </w:p>
    <w:sectPr w:rsidR="00380CF9" w:rsidRPr="007F556E" w:rsidSect="001F5F8B">
      <w:footerReference w:type="default" r:id="rId8"/>
      <w:pgSz w:w="12240" w:h="15840"/>
      <w:pgMar w:top="1020" w:right="1191" w:bottom="1020" w:left="11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9B5" w:rsidRDefault="00B939B5">
      <w:pPr>
        <w:spacing w:after="0" w:line="240" w:lineRule="auto"/>
      </w:pPr>
      <w:r>
        <w:separator/>
      </w:r>
    </w:p>
  </w:endnote>
  <w:endnote w:type="continuationSeparator" w:id="0">
    <w:p w:rsidR="00B939B5" w:rsidRDefault="00B93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780201"/>
      <w:docPartObj>
        <w:docPartGallery w:val="Page Numbers (Bottom of Page)"/>
        <w:docPartUnique/>
      </w:docPartObj>
    </w:sdtPr>
    <w:sdtEndPr/>
    <w:sdtContent>
      <w:p w:rsidR="001F5F8B" w:rsidRDefault="001F5F8B">
        <w:pPr>
          <w:pStyle w:val="Stopka"/>
          <w:jc w:val="center"/>
        </w:pPr>
        <w:r>
          <w:fldChar w:fldCharType="begin"/>
        </w:r>
        <w:r>
          <w:instrText>PAGE   \* MERGEFORMAT</w:instrText>
        </w:r>
        <w:r>
          <w:fldChar w:fldCharType="separate"/>
        </w:r>
        <w:r>
          <w:rPr>
            <w:lang w:val="pl-PL"/>
          </w:rPr>
          <w:t>2</w:t>
        </w:r>
        <w:r>
          <w:fldChar w:fldCharType="end"/>
        </w:r>
      </w:p>
    </w:sdtContent>
  </w:sdt>
  <w:p w:rsidR="00380CF9" w:rsidRDefault="00380CF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9B5" w:rsidRDefault="00B939B5">
      <w:pPr>
        <w:spacing w:after="0" w:line="240" w:lineRule="auto"/>
      </w:pPr>
      <w:r>
        <w:separator/>
      </w:r>
    </w:p>
  </w:footnote>
  <w:footnote w:type="continuationSeparator" w:id="0">
    <w:p w:rsidR="00B939B5" w:rsidRDefault="00B93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B394C968"/>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16FA27AC"/>
    <w:multiLevelType w:val="multilevel"/>
    <w:tmpl w:val="6C0EF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3B08C5"/>
    <w:multiLevelType w:val="hybridMultilevel"/>
    <w:tmpl w:val="38F448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BC84C99"/>
    <w:multiLevelType w:val="multilevel"/>
    <w:tmpl w:val="98405C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1"/>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10"/>
  </w:num>
  <w:num w:numId="25">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0AE"/>
    <w:rsid w:val="00034616"/>
    <w:rsid w:val="0006063C"/>
    <w:rsid w:val="0006756B"/>
    <w:rsid w:val="000675F6"/>
    <w:rsid w:val="000A55A5"/>
    <w:rsid w:val="000C408A"/>
    <w:rsid w:val="000D3FF9"/>
    <w:rsid w:val="00131AB4"/>
    <w:rsid w:val="0015074B"/>
    <w:rsid w:val="00160367"/>
    <w:rsid w:val="00163EC1"/>
    <w:rsid w:val="001812B3"/>
    <w:rsid w:val="001A4B18"/>
    <w:rsid w:val="001C478B"/>
    <w:rsid w:val="001C655F"/>
    <w:rsid w:val="001D78EB"/>
    <w:rsid w:val="001F4730"/>
    <w:rsid w:val="001F5F8B"/>
    <w:rsid w:val="002641A0"/>
    <w:rsid w:val="00271CE9"/>
    <w:rsid w:val="002855DB"/>
    <w:rsid w:val="0029639D"/>
    <w:rsid w:val="002A5F61"/>
    <w:rsid w:val="002C1D35"/>
    <w:rsid w:val="00326F90"/>
    <w:rsid w:val="00380CF9"/>
    <w:rsid w:val="0038401E"/>
    <w:rsid w:val="003D1EA9"/>
    <w:rsid w:val="00425F00"/>
    <w:rsid w:val="00463A62"/>
    <w:rsid w:val="00472877"/>
    <w:rsid w:val="00495650"/>
    <w:rsid w:val="00495A9E"/>
    <w:rsid w:val="00497278"/>
    <w:rsid w:val="004A3E02"/>
    <w:rsid w:val="004D1544"/>
    <w:rsid w:val="004E1902"/>
    <w:rsid w:val="00512791"/>
    <w:rsid w:val="0051587F"/>
    <w:rsid w:val="00517BC4"/>
    <w:rsid w:val="0052283E"/>
    <w:rsid w:val="00524E87"/>
    <w:rsid w:val="00526BA1"/>
    <w:rsid w:val="005323BE"/>
    <w:rsid w:val="00537C93"/>
    <w:rsid w:val="00545DBB"/>
    <w:rsid w:val="00563214"/>
    <w:rsid w:val="005661BD"/>
    <w:rsid w:val="00596013"/>
    <w:rsid w:val="005D6856"/>
    <w:rsid w:val="005F6841"/>
    <w:rsid w:val="00612AE3"/>
    <w:rsid w:val="0066385A"/>
    <w:rsid w:val="00676904"/>
    <w:rsid w:val="00687A69"/>
    <w:rsid w:val="006C1C1B"/>
    <w:rsid w:val="006C2618"/>
    <w:rsid w:val="007430F6"/>
    <w:rsid w:val="007837BB"/>
    <w:rsid w:val="007B0BA0"/>
    <w:rsid w:val="007E7E69"/>
    <w:rsid w:val="007F556E"/>
    <w:rsid w:val="0082652A"/>
    <w:rsid w:val="0084044A"/>
    <w:rsid w:val="00862163"/>
    <w:rsid w:val="008A1F21"/>
    <w:rsid w:val="008E032E"/>
    <w:rsid w:val="009273AF"/>
    <w:rsid w:val="009C4012"/>
    <w:rsid w:val="00A36E1E"/>
    <w:rsid w:val="00A42E56"/>
    <w:rsid w:val="00A72F93"/>
    <w:rsid w:val="00AA1D8D"/>
    <w:rsid w:val="00B249B6"/>
    <w:rsid w:val="00B47730"/>
    <w:rsid w:val="00B716CD"/>
    <w:rsid w:val="00B939B5"/>
    <w:rsid w:val="00C62916"/>
    <w:rsid w:val="00C77D56"/>
    <w:rsid w:val="00C93A13"/>
    <w:rsid w:val="00CA74EA"/>
    <w:rsid w:val="00CB0664"/>
    <w:rsid w:val="00CF7427"/>
    <w:rsid w:val="00D661B1"/>
    <w:rsid w:val="00D937FD"/>
    <w:rsid w:val="00DA0976"/>
    <w:rsid w:val="00DA4B50"/>
    <w:rsid w:val="00E233C7"/>
    <w:rsid w:val="00E45A48"/>
    <w:rsid w:val="00EE1C77"/>
    <w:rsid w:val="00EF6BC5"/>
    <w:rsid w:val="00F04962"/>
    <w:rsid w:val="00F37603"/>
    <w:rsid w:val="00F96498"/>
    <w:rsid w:val="00FA69AB"/>
    <w:rsid w:val="00FC693F"/>
    <w:rsid w:val="00FD5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AD2DA0"/>
  <w14:defaultImageDpi w14:val="300"/>
  <w15:docId w15:val="{DCFCB88C-B702-4071-8046-0EDA82420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A5F61"/>
    <w:rPr>
      <w:rFonts w:ascii="Arial" w:eastAsia="Arial" w:hAnsi="Arial"/>
      <w:sz w:val="19"/>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0"/>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6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808A5-FA78-4C32-89B3-08062418B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10</Pages>
  <Words>3594</Words>
  <Characters>21569</Characters>
  <Application>Microsoft Office Word</Application>
  <DocSecurity>0</DocSecurity>
  <Lines>179</Lines>
  <Paragraphs>50</Paragraphs>
  <ScaleCrop>false</ScaleCrop>
  <HeadingPairs>
    <vt:vector size="6" baseType="variant">
      <vt:variant>
        <vt:lpstr>Tytuł</vt:lpstr>
      </vt:variant>
      <vt:variant>
        <vt:i4>1</vt:i4>
      </vt:variant>
      <vt:variant>
        <vt:lpstr>Nagłówki</vt:lpstr>
      </vt:variant>
      <vt:variant>
        <vt:i4>26</vt:i4>
      </vt:variant>
      <vt:variant>
        <vt:lpstr>Title</vt:lpstr>
      </vt:variant>
      <vt:variant>
        <vt:i4>1</vt:i4>
      </vt:variant>
    </vt:vector>
  </HeadingPairs>
  <TitlesOfParts>
    <vt:vector size="28" baseType="lpstr">
      <vt:lpstr/>
      <vt:lpstr>        § 2</vt:lpstr>
      <vt:lpstr>        § 3</vt:lpstr>
      <vt:lpstr>        § 4</vt:lpstr>
      <vt:lpstr>        § 5</vt:lpstr>
      <vt:lpstr>        § 6</vt:lpstr>
      <vt:lpstr>ZAŁĄCZNIK NR 1</vt:lpstr>
      <vt:lpstr>§ 1. Postanowienia ogólne</vt:lpstr>
      <vt:lpstr>§ 2. Podstawa prawna i dokumenty odniesienia</vt:lpstr>
      <vt:lpstr>§ 3. Odpowiedzialność i podstawowe zasady</vt:lpstr>
      <vt:lpstr>§ 3. Alarmowanie i powiadamianie</vt:lpstr>
      <vt:lpstr>§ 4. Ewakuacja – zasady ogólne</vt:lpstr>
      <vt:lpstr>§ 5. Ewakuacja podczas przerw międzylekcyjnych</vt:lpstr>
      <vt:lpstr>§ 6. Postępowanie w szczególnych sytuacjach</vt:lpstr>
      <vt:lpstr>§ 7. Reagowanie na komunikat o zagrożeniu z powietrza i alarm dla ludności</vt:lpstr>
      <vt:lpstr>§ 8. Miejsce schronienia I przygotowanie budynku</vt:lpstr>
      <vt:lpstr>§ 9. Uczniowie wymagający wsparcia</vt:lpstr>
      <vt:lpstr>§ 10. Komunikacja z rodzicami i odbiór uczniów</vt:lpstr>
      <vt:lpstr>§ 11. Ćwiczenia, dokumentowanie i aktualizacja</vt:lpstr>
      <vt:lpstr>§ 12. Postanowienia końcowe</vt:lpstr>
      <vt:lpstr>ZAŁĄCZNIK NR 1. KARTA INFORMACYJNA – SYTUACJA KRYZYSOWA</vt:lpstr>
      <vt:lpstr>ZAŁĄCZNIK NR 2. KARTA SPRAWDZENIA STANU LICZBOWEGO</vt:lpstr>
      <vt:lpstr>ZAŁĄCZNIK NR 3. MIEJSCA ZBIÓRKI PO EWAKUACJI</vt:lpstr>
      <vt:lpstr>ZAŁĄCZNIK NR 4. WYKAZ RÓL I ZASTĘPSTW</vt:lpstr>
      <vt:lpstr>ZAŁĄCZNIK NR 5. MIEJSCA SCHRONIENIA – WYŁĄCZNIE PO FORMALNYM UZGODNIENIU</vt:lpstr>
      <vt:lpstr>ZAŁĄCZNIK NR 6. KONTAKTY I KANAŁY KOMUNIKACJI</vt:lpstr>
      <vt:lpstr>ZAŁĄCZNIK NR 7. LISTA KONTROLNA PRZED ZATWIERDZENIEM</vt:lpstr>
      <vt:lpstr/>
    </vt:vector>
  </TitlesOfParts>
  <Manager/>
  <Company/>
  <LinksUpToDate>false</LinksUpToDate>
  <CharactersWithSpaces>25113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Ewa Suchan</cp:lastModifiedBy>
  <cp:revision>74</cp:revision>
  <dcterms:created xsi:type="dcterms:W3CDTF">2026-10-19T06:35:00Z</dcterms:created>
  <dcterms:modified xsi:type="dcterms:W3CDTF">2026-11-05T18:06:00Z</dcterms:modified>
  <cp:category/>
</cp:coreProperties>
</file>